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ANULATÓRIA</w:t>
      </w:r>
    </w:p>
    <w:p/>
    <w:p/>
    <w:p>
      <w:r>
        <w:rPr>
          <w:b w:val="0"/>
          <w:i w:val="0"/>
          <w:sz w:val="22"/>
        </w:rPr>
        <w:t>EXCELENTÍSSIMO(A) SENHOR(A) DOUTOR(A) JUIZ(A) DE DIREITO DA ___ VARA CÍVEL DA COMARCA DE ____________________</w:t>
      </w:r>
    </w:p>
    <w:p/>
    <w:p>
      <w:r>
        <w:rPr>
          <w:b w:val="0"/>
          <w:i w:val="0"/>
          <w:sz w:val="22"/>
        </w:rPr>
        <w:t>REQUERENTE: 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_____________________________________________________________________</w:t>
      </w:r>
    </w:p>
    <w:p>
      <w:r>
        <w:rPr>
          <w:b w:val="0"/>
          <w:i w:val="0"/>
          <w:sz w:val="22"/>
        </w:rPr>
        <w:t>RG: ______________________________________________________________________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_________________________________________________________________</w:t>
      </w:r>
    </w:p>
    <w:p>
      <w:r>
        <w:rPr>
          <w:b w:val="0"/>
          <w:i w:val="0"/>
          <w:sz w:val="22"/>
        </w:rPr>
        <w:t>CEP: _______________________ TELEFONE: 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_________________________________________________________________</w:t>
      </w:r>
    </w:p>
    <w:p/>
    <w:p>
      <w:r>
        <w:rPr>
          <w:b w:val="0"/>
          <w:i w:val="0"/>
          <w:sz w:val="22"/>
        </w:rPr>
        <w:t>REQUERIDO: ________________________________________________________________</w:t>
      </w:r>
    </w:p>
    <w:p>
      <w:r>
        <w:rPr>
          <w:b w:val="0"/>
          <w:i w:val="0"/>
          <w:sz w:val="22"/>
        </w:rPr>
        <w:t>CNPJ/CPF: _________________________________________________________________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_________________________________________________________________</w:t>
      </w:r>
    </w:p>
    <w:p>
      <w:r>
        <w:rPr>
          <w:b w:val="0"/>
          <w:i w:val="0"/>
          <w:sz w:val="22"/>
        </w:rPr>
        <w:t>CEP: _______________________ TELEFONE: 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_________________________________________________________________</w:t>
      </w:r>
    </w:p>
    <w:p/>
    <w:p>
      <w:r>
        <w:rPr>
          <w:b/>
          <w:sz w:val="22"/>
        </w:rPr>
        <w:t>I - DOS FATOS</w:t>
      </w:r>
    </w:p>
    <w:p/>
    <w:p>
      <w:r>
        <w:rPr>
          <w:b w:val="0"/>
          <w:i w:val="0"/>
          <w:sz w:val="22"/>
        </w:rPr>
        <w:t>O Requerente ajuíza a presente ação anulatória em face do ato jurídico (especificar o ato), que lhe causou prejuízo e violação a direitos fundamentais, por vício de legalidade, fraude, dolo, coação ou qualquer outro motivo que justifique a anulação do referido ato.</w:t>
      </w:r>
    </w:p>
    <w:p>
      <w:r>
        <w:rPr>
          <w:b w:val="0"/>
          <w:i w:val="0"/>
          <w:sz w:val="22"/>
        </w:rPr>
        <w:t>O ato em questão foi praticado em data anterior, e desde então vem causando sérios prejuízos ao Requerente, que busca a tutela jurisdicional para que seja declarado nulo e de nenhum efeito tal ato.</w:t>
      </w:r>
    </w:p>
    <w:p>
      <w:r>
        <w:rPr>
          <w:b w:val="0"/>
          <w:i w:val="0"/>
          <w:sz w:val="22"/>
        </w:rPr>
        <w:t>Especificar com detalhes os fatos que ensejam a anulação, incluindo documentos, contratos, decisões administrativas ou judiciais, notificações, e demais elementos pertinentes.</w:t>
      </w:r>
    </w:p>
    <w:p/>
    <w:p>
      <w:r>
        <w:rPr>
          <w:b/>
          <w:sz w:val="22"/>
        </w:rPr>
        <w:t>II - DO DIREITO</w:t>
      </w:r>
    </w:p>
    <w:p/>
    <w:p>
      <w:r>
        <w:rPr>
          <w:b w:val="0"/>
          <w:i w:val="0"/>
          <w:sz w:val="22"/>
        </w:rPr>
        <w:t>A presente ação encontra amparo legal nos artigos 966 e seguintes do Código Civil, que tratam da anulação dos atos jurídicos, bem como no artigo 485, inciso IV, do Código de Processo Civil, e demais dispositivos aplicáveis.</w:t>
      </w:r>
    </w:p>
    <w:p>
      <w:r>
        <w:rPr>
          <w:b w:val="0"/>
          <w:i w:val="0"/>
          <w:sz w:val="22"/>
        </w:rPr>
        <w:t>O ato impugnado apresenta vícios insanáveis, quais sejam: (descrição dos vícios, como erro, dolo, coação, fraude, incapacidade, ilegalidade, entre outros).</w:t>
      </w:r>
    </w:p>
    <w:p>
      <w:r>
        <w:rPr>
          <w:b/>
          <w:i w:val="0"/>
          <w:sz w:val="22"/>
        </w:rPr>
        <w:t>Jurisprudência consolidada dos tribunais superiores respalda a pretensão do Requerente, conforme ilustram os seguintes precedentes:</w:t>
      </w:r>
    </w:p>
    <w:p/>
    <w:p>
      <w:r>
        <w:rPr>
          <w:b w:val="0"/>
          <w:i w:val="0"/>
          <w:sz w:val="22"/>
        </w:rPr>
        <w:t>(Inserir ementas e citações jurisprudenciais relevantes).</w:t>
      </w:r>
    </w:p>
    <w:p/>
    <w:p>
      <w:r>
        <w:rPr>
          <w:b/>
          <w:sz w:val="22"/>
        </w:rPr>
        <w:t>III - DOS PEDIDOS</w:t>
      </w:r>
    </w:p>
    <w:p/>
    <w:p>
      <w:r>
        <w:rPr>
          <w:b/>
          <w:i w:val="0"/>
          <w:sz w:val="22"/>
        </w:rPr>
        <w:t>Diante do exposto, requer-se:</w:t>
      </w:r>
    </w:p>
    <w:p/>
    <w:p>
      <w:r>
        <w:rPr>
          <w:b w:val="0"/>
          <w:i w:val="0"/>
          <w:sz w:val="22"/>
        </w:rPr>
        <w:t>1. A citação do Requerido para apresentar resposta no prazo legal, sob pena de revelia e confissão quanto à matéria de fato;</w:t>
      </w:r>
    </w:p>
    <w:p>
      <w:r>
        <w:rPr>
          <w:b w:val="0"/>
          <w:i w:val="0"/>
          <w:sz w:val="22"/>
        </w:rPr>
        <w:t>2. A concessão da tutela provisória, se cabível, para suspender os efeitos do ato impugnado até decisão final;</w:t>
      </w:r>
    </w:p>
    <w:p>
      <w:r>
        <w:rPr>
          <w:b w:val="0"/>
          <w:i w:val="0"/>
          <w:sz w:val="22"/>
        </w:rPr>
        <w:t>3. A procedência do pedido para declarar a nulidade/anulação do ato jurídico (descrever o ato), com todos os efeitos legais;</w:t>
      </w:r>
    </w:p>
    <w:p>
      <w:r>
        <w:rPr>
          <w:b w:val="0"/>
          <w:i w:val="0"/>
          <w:sz w:val="22"/>
        </w:rPr>
        <w:t>4. A condenação do Requerido ao pagamento das custas processuais e honorários advocatícios;</w:t>
      </w:r>
    </w:p>
    <w:p>
      <w:r>
        <w:rPr>
          <w:b w:val="0"/>
          <w:i w:val="0"/>
          <w:sz w:val="22"/>
        </w:rPr>
        <w:t>5. A produção de todas as provas admitidas em direito, especialmente documental, pericial, testemunhal e depoimento pessoal;</w:t>
      </w:r>
    </w:p>
    <w:p>
      <w:r>
        <w:rPr>
          <w:b w:val="0"/>
          <w:i w:val="0"/>
          <w:sz w:val="22"/>
        </w:rPr>
        <w:t>6. A intimação do Ministério Público, caso necessário, para atuar nos termos da lei.</w:t>
      </w:r>
    </w:p>
    <w:p/>
    <w:p>
      <w:r>
        <w:rPr>
          <w:b/>
          <w:sz w:val="22"/>
        </w:rPr>
        <w:t>IV - DO VALOR DA CAUSA</w:t>
      </w:r>
    </w:p>
    <w:p/>
    <w:p>
      <w:r>
        <w:rPr>
          <w:b w:val="0"/>
          <w:i w:val="0"/>
          <w:sz w:val="22"/>
        </w:rPr>
        <w:t>Dá-se à presente causa o valor de R$ ________________________________ (valor por extenso), para efeitos fiscais e de alçada.</w:t>
      </w:r>
    </w:p>
    <w:p/>
    <w:p>
      <w:r>
        <w:rPr>
          <w:b w:val="0"/>
          <w:i w:val="0"/>
          <w:sz w:val="22"/>
        </w:rPr>
        <w:t>Nestes termos,</w:t>
      </w:r>
    </w:p>
    <w:p>
      <w:r>
        <w:rPr>
          <w:b w:val="0"/>
          <w:i w:val="0"/>
          <w:sz w:val="22"/>
        </w:rPr>
        <w:t>Pede deferimento.</w:t>
      </w:r>
    </w:p>
    <w:p/>
    <w:p>
      <w:r>
        <w:rPr>
          <w:b w:val="0"/>
          <w:i w:val="0"/>
          <w:sz w:val="22"/>
        </w:rPr>
        <w:t>__________________________, ____ de ____________________ de ________</w:t>
      </w:r>
    </w:p>
    <w:p>
      <w:r>
        <w:rPr>
          <w:b w:val="0"/>
          <w:i w:val="0"/>
          <w:sz w:val="22"/>
        </w:rPr>
        <w:t>Local e data</w:t>
      </w:r>
    </w:p>
    <w:p/>
    <w:p>
      <w:r>
        <w:rPr>
          <w:b w:val="0"/>
          <w:i w:val="0"/>
          <w:sz w:val="22"/>
        </w:rPr>
        <w:t>_______________________________________________</w:t>
      </w:r>
    </w:p>
    <w:p>
      <w:r>
        <w:rPr>
          <w:b w:val="0"/>
          <w:i w:val="0"/>
          <w:sz w:val="22"/>
        </w:rPr>
        <w:t>Nome do Advogado(a)</w:t>
      </w:r>
    </w:p>
    <w:p>
      <w:r>
        <w:rPr>
          <w:b w:val="0"/>
          <w:i w:val="0"/>
          <w:sz w:val="22"/>
        </w:rPr>
        <w:t>OAB/UF nº 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https://modelos-br.com/acao-anulatoria/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acao-anulatori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