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ACORDO EXTRAJUDICIAL TRABALHISTA</w:t>
      </w:r>
    </w:p>
    <w:p/>
    <w:p>
      <w:r>
        <w:rPr>
          <w:b w:val="0"/>
          <w:sz w:val="20"/>
        </w:rPr>
        <w:t>Pelo presente instrumento particular de ACORDO EXTRAJUDICIAL TRABALHISTA, de um lado,</w:t>
      </w:r>
    </w:p>
    <w:p>
      <w:r>
        <w:rPr>
          <w:b w:val="0"/>
          <w:sz w:val="20"/>
        </w:rPr>
        <w:t>RECLAMANTE: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>
      <w:r>
        <w:rPr>
          <w:b w:val="0"/>
          <w:sz w:val="20"/>
        </w:rPr>
        <w:t>E, de outro lado,</w:t>
      </w:r>
    </w:p>
    <w:p>
      <w:r>
        <w:rPr>
          <w:b w:val="0"/>
          <w:sz w:val="20"/>
        </w:rPr>
        <w:t>RECLAMADA: ________________________________________________________________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>
      <w:r>
        <w:rPr>
          <w:b/>
          <w:sz w:val="20"/>
        </w:rPr>
        <w:t>As partes acima qualificadas têm entre si, justo e acordado, o presente ACORDO EXTRAJUDICIAL TRABALHISTA, mediante as cláusulas e condições seguintes:</w:t>
      </w:r>
    </w:p>
    <w:p/>
    <w:p>
      <w:r>
        <w:rPr>
          <w:b/>
          <w:sz w:val="22"/>
        </w:rPr>
        <w:t>I - DO OBJETO</w:t>
      </w:r>
    </w:p>
    <w:p/>
    <w:p>
      <w:r>
        <w:rPr>
          <w:b w:val="0"/>
          <w:sz w:val="20"/>
        </w:rPr>
        <w:t>O presente acordo tem por objeto a composição amigável das demandas e controvérsias existentes entre as partes, relativas à relação de trabalho mantida entre elas, com o intuito de pôr fim ao litígio trabalhista, renunciando a quaisquer outras verbas e direitos não expressamente mencionados neste instrumento.</w:t>
      </w:r>
    </w:p>
    <w:p/>
    <w:p>
      <w:r>
        <w:rPr>
          <w:b/>
          <w:sz w:val="22"/>
        </w:rPr>
        <w:t>II - DAS VERBAS E VALORES AJUSTADOS</w:t>
      </w:r>
    </w:p>
    <w:p/>
    <w:p>
      <w:r>
        <w:rPr>
          <w:b/>
          <w:sz w:val="20"/>
        </w:rPr>
        <w:t>As partes convencionam que a Reclamada pagará ao Reclamante a importância total de R$ _________________________________ (__________________________________________________), a título de:</w:t>
      </w:r>
    </w:p>
    <w:p/>
    <w:p>
      <w:r>
        <w:rPr>
          <w:b w:val="0"/>
          <w:sz w:val="20"/>
        </w:rPr>
        <w:t>• Saldo de salário;</w:t>
      </w:r>
    </w:p>
    <w:p>
      <w:r>
        <w:rPr>
          <w:b w:val="0"/>
          <w:sz w:val="20"/>
        </w:rPr>
        <w:t>• Aviso prévio (trabalhado ou indenizado);</w:t>
      </w:r>
    </w:p>
    <w:p>
      <w:r>
        <w:rPr>
          <w:b w:val="0"/>
          <w:sz w:val="20"/>
        </w:rPr>
        <w:t>• Férias vencidas e proporcionais + 1/3;</w:t>
      </w:r>
    </w:p>
    <w:p>
      <w:r>
        <w:rPr>
          <w:b w:val="0"/>
          <w:sz w:val="20"/>
        </w:rPr>
        <w:t>• 13º salário proporcional;</w:t>
      </w:r>
    </w:p>
    <w:p>
      <w:r>
        <w:rPr>
          <w:b w:val="0"/>
          <w:sz w:val="20"/>
        </w:rPr>
        <w:t>• Multa do FGTS de 40%;</w:t>
      </w:r>
    </w:p>
    <w:p>
      <w:r>
        <w:rPr>
          <w:b w:val="0"/>
          <w:sz w:val="20"/>
        </w:rPr>
        <w:t>• Multa do art. 477 da CLT;</w:t>
      </w:r>
    </w:p>
    <w:p>
      <w:r>
        <w:rPr>
          <w:b w:val="0"/>
          <w:sz w:val="20"/>
        </w:rPr>
        <w:t>• Multa do art. 467 da CLT;</w:t>
      </w:r>
    </w:p>
    <w:p>
      <w:r>
        <w:rPr>
          <w:b w:val="0"/>
          <w:sz w:val="20"/>
        </w:rPr>
        <w:t>• Horas extras e seus reflexos;</w:t>
      </w:r>
    </w:p>
    <w:p>
      <w:r>
        <w:rPr>
          <w:b w:val="0"/>
          <w:sz w:val="20"/>
        </w:rPr>
        <w:t>• Adicional noturno;</w:t>
      </w:r>
    </w:p>
    <w:p>
      <w:r>
        <w:rPr>
          <w:b w:val="0"/>
          <w:sz w:val="20"/>
        </w:rPr>
        <w:t>• Indenização por danos morais;</w:t>
      </w:r>
    </w:p>
    <w:p>
      <w:r>
        <w:rPr>
          <w:b w:val="0"/>
          <w:sz w:val="20"/>
        </w:rPr>
        <w:t>• Outros valores: ______________________________________________________________</w:t>
      </w:r>
    </w:p>
    <w:p/>
    <w:p>
      <w:r>
        <w:rPr>
          <w:b/>
          <w:sz w:val="22"/>
        </w:rPr>
        <w:t>III - DAS FORMAS DE PAGAMENTO</w:t>
      </w:r>
    </w:p>
    <w:p/>
    <w:p>
      <w:r>
        <w:rPr>
          <w:b/>
          <w:sz w:val="20"/>
        </w:rPr>
        <w:t>O pagamento será efetuado da seguinte forma:</w:t>
      </w:r>
    </w:p>
    <w:p/>
    <w:p>
      <w:pPr>
        <w:jc w:val="center"/>
      </w:pPr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IV - DA QUITAÇÃO</w:t>
      </w:r>
    </w:p>
    <w:p/>
    <w:p>
      <w:r>
        <w:rPr>
          <w:b w:val="0"/>
          <w:sz w:val="20"/>
        </w:rPr>
        <w:t>O Reclamante, ao receber os valores pactuados neste acordo, dá plena, geral e irrevogável quitação à Reclamada, nada mais tendo a reclamar, seja a que título for, relativamente ao contrato de trabalho que mantiveram, incluindo verbas trabalhistas, previdenciárias, fiscais e indenizatórias.</w:t>
      </w:r>
    </w:p>
    <w:p/>
    <w:p>
      <w:r>
        <w:rPr>
          <w:b/>
          <w:sz w:val="22"/>
        </w:rPr>
        <w:t>V - DA HOMOLOGAÇÃO</w:t>
      </w:r>
    </w:p>
    <w:p/>
    <w:p>
      <w:r>
        <w:rPr>
          <w:b w:val="0"/>
          <w:sz w:val="20"/>
        </w:rPr>
        <w:t>As partes requerem que este acordo seja homologado pelo Juízo competente, para que produza seus jurídicos e legais efeitos.</w:t>
      </w:r>
    </w:p>
    <w:p/>
    <w:p>
      <w:r>
        <w:rPr>
          <w:b/>
          <w:sz w:val="22"/>
        </w:rPr>
        <w:t>VI - DAS PENALIDADES</w:t>
      </w:r>
    </w:p>
    <w:p/>
    <w:p>
      <w:r>
        <w:rPr>
          <w:b w:val="0"/>
          <w:sz w:val="20"/>
        </w:rPr>
        <w:t>Fica estabelecido que o descumprimento das obrigações assumidas neste acordo sujeitará a parte inadimplente ao pagamento de multa no valor de R$ ________________________, sem prejuízo das demais cominações legais cabíveis.</w:t>
      </w:r>
    </w:p>
    <w:p/>
    <w:p>
      <w:r>
        <w:rPr>
          <w:b/>
          <w:sz w:val="22"/>
        </w:rPr>
        <w:t>VII - DAS DISPOSIÇÕES GERAIS</w:t>
      </w:r>
    </w:p>
    <w:p/>
    <w:p>
      <w:r>
        <w:rPr>
          <w:b w:val="0"/>
          <w:sz w:val="20"/>
        </w:rPr>
        <w:t>• As partes declaram que celebram este acordo de livre e espontânea vontade, estando cientes de seu conteúdo e efeitos.</w:t>
      </w:r>
    </w:p>
    <w:p>
      <w:r>
        <w:rPr>
          <w:b w:val="0"/>
          <w:sz w:val="20"/>
        </w:rPr>
        <w:t>• Declaram ainda que não há vício de consentimento, erro, dolo, coação ou qualquer outro fator que macule o presente instrumento.</w:t>
      </w:r>
    </w:p>
    <w:p>
      <w:r>
        <w:rPr>
          <w:b w:val="0"/>
          <w:sz w:val="20"/>
        </w:rPr>
        <w:t>• Este acordo é firmado em caráter irrevogável e irretratável.</w:t>
      </w:r>
    </w:p>
    <w:p/>
    <w:p>
      <w:r>
        <w:rPr>
          <w:b/>
          <w:sz w:val="22"/>
        </w:rPr>
        <w:t>VIII - DO FORO</w:t>
      </w:r>
    </w:p>
    <w:p/>
    <w:p>
      <w:r>
        <w:rPr>
          <w:b w:val="0"/>
          <w:sz w:val="20"/>
        </w:rPr>
        <w:t>Fica eleito o foro da comarca de ___________________________ para dirimir quaisquer dúvidas ou litígios oriundos deste acordo, com renúncia expressa a qualquer outro, por mais privilegiado que seja.</w:t>
      </w:r>
    </w:p>
    <w:p/>
    <w:p>
      <w:r>
        <w:rPr>
          <w:b w:val="0"/>
          <w:sz w:val="20"/>
        </w:rPr>
        <w:t>E, por estarem assim justas e acordadas, as partes assinam o presente instrumento em 2 (duas) vias de igual teor e forma, para um só efeito.</w:t>
      </w:r>
    </w:p>
    <w:p/>
    <w:p>
      <w:pPr>
        <w:jc w:val="center"/>
      </w:pPr>
      <w:r>
        <w:rPr>
          <w:b w:val="0"/>
          <w:sz w:val="20"/>
        </w:rPr>
        <w:t>__________________________________________              __________________________________________</w:t>
      </w:r>
    </w:p>
    <w:p>
      <w:r>
        <w:rPr>
          <w:b w:val="0"/>
          <w:sz w:val="20"/>
        </w:rPr>
        <w:t>RECLAMANTE                                                  RECLAMADA</w:t>
      </w:r>
    </w:p>
    <w:p/>
    <w:p>
      <w:r>
        <w:rPr>
          <w:b w:val="0"/>
          <w:sz w:val="20"/>
        </w:rPr>
        <w:t>Testemunhas:</w:t>
      </w:r>
    </w:p>
    <w:p/>
    <w:p>
      <w:r>
        <w:rPr>
          <w:b w:val="0"/>
          <w:sz w:val="20"/>
        </w:rPr>
        <w:t>1. Nome: ___________________________________ CPF: ____________________________</w:t>
      </w:r>
    </w:p>
    <w:p/>
    <w:p>
      <w:r>
        <w:rPr>
          <w:b w:val="0"/>
          <w:sz w:val="20"/>
        </w:rPr>
        <w:t>2. Nome: ___________________________________ CPF: ____________________________</w:t>
      </w:r>
    </w:p>
    <w:p/>
    <w:p>
      <w:pPr>
        <w:jc w:val="center"/>
      </w:pPr>
      <w:r>
        <w:rPr>
          <w:b w:val="0"/>
          <w:sz w:val="20"/>
        </w:rPr>
        <w:t>__________________________________________              __________________________________________</w:t>
      </w:r>
    </w:p>
    <w:p>
      <w:r>
        <w:rPr>
          <w:b w:val="0"/>
          <w:sz w:val="20"/>
        </w:rPr>
        <w:t>(Assinatura Testemunha 1)                                (Assinatura Testemunha 2)</w:t>
      </w:r>
    </w:p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https://modelos-br.com/acordo-extrajudicial-trabalhista/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cordo-extrajudicial-trabalhist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