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AÇÃO DE ADJUDICAÇÃO COMPULSÓRIA</w:t>
      </w:r>
    </w:p>
    <w:p/>
    <w:p/>
    <w:p>
      <w:r>
        <w:rPr>
          <w:b/>
          <w:i w:val="0"/>
          <w:sz w:val="22"/>
        </w:rPr>
        <w:t>EXCELENTÍSSIMO(A) SENHOR(A) DOUTOR(A) JUIZ(A) DE DIREITO DA ___ VARA CÍVEL DA COMARCA DE _______________________________</w:t>
      </w:r>
    </w:p>
    <w:p/>
    <w:p>
      <w:r>
        <w:rPr>
          <w:b/>
          <w:i w:val="0"/>
          <w:sz w:val="22"/>
        </w:rPr>
        <w:t>AUTOR:</w:t>
      </w:r>
    </w:p>
    <w:p>
      <w:r>
        <w:rPr>
          <w:b w:val="0"/>
          <w:i w:val="0"/>
          <w:sz w:val="22"/>
        </w:rPr>
        <w:t>Nome: ________________________________________________________________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_____________________________________________________________</w:t>
      </w:r>
    </w:p>
    <w:p>
      <w:r>
        <w:rPr>
          <w:b w:val="0"/>
          <w:i w:val="0"/>
          <w:sz w:val="22"/>
        </w:rPr>
        <w:t>CPF: _________________________________________________________________</w:t>
      </w:r>
    </w:p>
    <w:p>
      <w:r>
        <w:rPr>
          <w:b w:val="0"/>
          <w:i w:val="0"/>
          <w:sz w:val="22"/>
        </w:rPr>
        <w:t>RG: ___________________________________________________________________</w:t>
      </w:r>
    </w:p>
    <w:p>
      <w:r>
        <w:rPr>
          <w:b w:val="0"/>
          <w:i w:val="0"/>
          <w:sz w:val="22"/>
        </w:rPr>
        <w:t>Endereço: _____________________________________________________________</w:t>
      </w:r>
    </w:p>
    <w:p>
      <w:r>
        <w:rPr>
          <w:b w:val="0"/>
          <w:i w:val="0"/>
          <w:sz w:val="22"/>
        </w:rPr>
        <w:t>Cidade: _______________________________ UF: ______ CEP: _______________</w:t>
      </w:r>
    </w:p>
    <w:p>
      <w:r>
        <w:rPr>
          <w:b w:val="0"/>
          <w:i w:val="0"/>
          <w:sz w:val="22"/>
        </w:rPr>
        <w:t>Telefone: _____________________________________________________________</w:t>
      </w:r>
    </w:p>
    <w:p>
      <w:r>
        <w:rPr>
          <w:b w:val="0"/>
          <w:i w:val="0"/>
          <w:sz w:val="22"/>
        </w:rPr>
        <w:t>E-mail: _______________________________________________________________</w:t>
      </w:r>
    </w:p>
    <w:p/>
    <w:p>
      <w:r>
        <w:rPr>
          <w:b/>
          <w:i w:val="0"/>
          <w:sz w:val="22"/>
        </w:rPr>
        <w:t>RÉU:</w:t>
      </w:r>
    </w:p>
    <w:p>
      <w:r>
        <w:rPr>
          <w:b w:val="0"/>
          <w:i w:val="0"/>
          <w:sz w:val="22"/>
        </w:rPr>
        <w:t>Nome/Empresa: _________________________________________________________</w:t>
      </w:r>
    </w:p>
    <w:p>
      <w:r>
        <w:rPr>
          <w:b w:val="0"/>
          <w:i w:val="0"/>
          <w:sz w:val="22"/>
        </w:rPr>
        <w:t>CNPJ/CPF: _____________________________________________________________</w:t>
      </w:r>
    </w:p>
    <w:p>
      <w:r>
        <w:rPr>
          <w:b w:val="0"/>
          <w:i w:val="0"/>
          <w:sz w:val="22"/>
        </w:rPr>
        <w:t>Endereço: _____________________________________________________________</w:t>
      </w:r>
    </w:p>
    <w:p>
      <w:r>
        <w:rPr>
          <w:b w:val="0"/>
          <w:i w:val="0"/>
          <w:sz w:val="22"/>
        </w:rPr>
        <w:t>Cidade: _______________________________ UF: ______ CEP: _______________</w:t>
      </w:r>
    </w:p>
    <w:p>
      <w:r>
        <w:rPr>
          <w:b w:val="0"/>
          <w:i w:val="0"/>
          <w:sz w:val="22"/>
        </w:rPr>
        <w:t>Telefone: _____________________________________________________________</w:t>
      </w:r>
    </w:p>
    <w:p>
      <w:r>
        <w:rPr>
          <w:b w:val="0"/>
          <w:i w:val="0"/>
          <w:sz w:val="22"/>
        </w:rPr>
        <w:t>E-mail: _______________________________________________________________</w:t>
      </w:r>
    </w:p>
    <w:p/>
    <w:p/>
    <w:p>
      <w:r>
        <w:rPr>
          <w:b/>
          <w:i w:val="0"/>
          <w:sz w:val="22"/>
        </w:rPr>
        <w:t>I – DOS FATOS</w:t>
      </w:r>
    </w:p>
    <w:p/>
    <w:p>
      <w:r>
        <w:rPr>
          <w:b w:val="0"/>
          <w:i w:val="0"/>
          <w:sz w:val="22"/>
        </w:rPr>
        <w:t>1. O Autor celebrou com o Réu contrato verbal/escrito para aquisição do imóvel situado à _______________________________________________________________, conforme documentos anexos.</w:t>
      </w:r>
    </w:p>
    <w:p>
      <w:r>
        <w:rPr>
          <w:b w:val="0"/>
          <w:i w:val="0"/>
          <w:sz w:val="22"/>
        </w:rPr>
        <w:t>2. O Autor cumpriu integralmente com suas obrigações contratuais, especialmente quanto ao pagamento do preço ajustado, estando em dia com todas as parcelas acordadas, conforme comprovantes anexos.</w:t>
      </w:r>
    </w:p>
    <w:p>
      <w:r>
        <w:rPr>
          <w:b w:val="0"/>
          <w:i w:val="0"/>
          <w:sz w:val="22"/>
        </w:rPr>
        <w:t>3. O Réu, apesar do cumprimento integral das obrigações pelo Autor, recusou-se a transferir a propriedade do imóvel, impedindo a regularização da titularidade junto ao Cartório de Registro de Imóveis.</w:t>
      </w:r>
    </w:p>
    <w:p>
      <w:r>
        <w:rPr>
          <w:b w:val="0"/>
          <w:i w:val="0"/>
          <w:sz w:val="22"/>
        </w:rPr>
        <w:t>4. Assim, resta ao Autor buscar a tutela jurisdicional para adjudicação compulsória do imóvel, nos termos do artigo 1.417 do Código Civil.</w:t>
      </w:r>
    </w:p>
    <w:p/>
    <w:p/>
    <w:p>
      <w:r>
        <w:rPr>
          <w:b/>
          <w:i w:val="0"/>
          <w:sz w:val="22"/>
        </w:rPr>
        <w:t>II – DOS FUNDAMENTOS JURÍDICOS</w:t>
      </w:r>
    </w:p>
    <w:p/>
    <w:p>
      <w:r>
        <w:rPr>
          <w:b w:val="0"/>
          <w:i w:val="0"/>
          <w:sz w:val="22"/>
        </w:rPr>
        <w:t>1. A adjudicação compulsória é prevista no artigo 1.417 do Código Civil, que estabelece a possibilidade de o comprador exigir a transferência da propriedade mediante decisão judicial, quando o vendedor se recusa a outorgar a escritura definitiva, após o pagamento integral do preço.</w:t>
      </w:r>
    </w:p>
    <w:p>
      <w:r>
        <w:rPr>
          <w:b w:val="0"/>
          <w:i w:val="0"/>
          <w:sz w:val="22"/>
        </w:rPr>
        <w:t>2. O artigo 497 do Código de Processo Civil dispõe que a adjudicação pode ser requerida quando houver obrigação de transferir a propriedade de bem imóvel e o devedor se recusar a cumprir espontaneamente.</w:t>
      </w:r>
    </w:p>
    <w:p>
      <w:r>
        <w:rPr>
          <w:b w:val="0"/>
          <w:i w:val="0"/>
          <w:sz w:val="22"/>
        </w:rPr>
        <w:t>3. O Superior Tribunal de Justiça consolidou entendimento no sentido de assegurar a proteção do direito do adquirente que cumpriu integralmente suas obrigações, garantindo a adjudicação compulsória como meio eficaz de aquisição da propriedade.</w:t>
      </w:r>
    </w:p>
    <w:p>
      <w:r>
        <w:rPr>
          <w:b w:val="0"/>
          <w:i w:val="0"/>
          <w:sz w:val="22"/>
        </w:rPr>
        <w:t>4. A jurisprudência pátria é pacífica no sentido de reconhecer a adjudicação compulsória como instrumento legítimo e necessário para garantir a segurança jurídica nas relações imobiliárias.</w:t>
      </w:r>
    </w:p>
    <w:p/>
    <w:p/>
    <w:p>
      <w:r>
        <w:rPr>
          <w:b/>
          <w:i w:val="0"/>
          <w:sz w:val="22"/>
        </w:rPr>
        <w:t>III – DOS DOCUMENTOS ANEXOS</w:t>
      </w:r>
    </w:p>
    <w:p/>
    <w:p>
      <w:r>
        <w:rPr>
          <w:b w:val="0"/>
          <w:i w:val="0"/>
          <w:sz w:val="22"/>
        </w:rPr>
        <w:t>1. Cópia do contrato de compra e venda ou documento equivalente;</w:t>
      </w:r>
    </w:p>
    <w:p>
      <w:r>
        <w:rPr>
          <w:b w:val="0"/>
          <w:i w:val="0"/>
          <w:sz w:val="22"/>
        </w:rPr>
        <w:t>2. Comprovantes de pagamento das parcelas;</w:t>
      </w:r>
    </w:p>
    <w:p>
      <w:r>
        <w:rPr>
          <w:b w:val="0"/>
          <w:i w:val="0"/>
          <w:sz w:val="22"/>
        </w:rPr>
        <w:t>3. Certidões negativas do imóvel;</w:t>
      </w:r>
    </w:p>
    <w:p>
      <w:r>
        <w:rPr>
          <w:b w:val="0"/>
          <w:i w:val="0"/>
          <w:sz w:val="22"/>
        </w:rPr>
        <w:t>4. Documentos pessoais do Autor;</w:t>
      </w:r>
    </w:p>
    <w:p>
      <w:r>
        <w:rPr>
          <w:b w:val="0"/>
          <w:i w:val="0"/>
          <w:sz w:val="22"/>
        </w:rPr>
        <w:t>5. Outros documentos que comprovem o direito do Autor.</w:t>
      </w:r>
    </w:p>
    <w:p/>
    <w:p/>
    <w:p>
      <w:r>
        <w:rPr>
          <w:b/>
          <w:i w:val="0"/>
          <w:sz w:val="22"/>
        </w:rPr>
        <w:t>IV – DOS PEDIDOS</w:t>
      </w:r>
    </w:p>
    <w:p/>
    <w:p>
      <w:r>
        <w:rPr>
          <w:b w:val="0"/>
          <w:i w:val="0"/>
          <w:sz w:val="22"/>
        </w:rPr>
        <w:t>Diante do exposto, requer-se a Vossa Excelência:</w:t>
      </w:r>
    </w:p>
    <w:p>
      <w:r>
        <w:rPr>
          <w:b w:val="0"/>
          <w:i w:val="0"/>
          <w:sz w:val="22"/>
        </w:rPr>
        <w:t>1. A citação do Réu para, querendo, apresentar contestação no prazo legal;</w:t>
      </w:r>
    </w:p>
    <w:p>
      <w:r>
        <w:rPr>
          <w:b w:val="0"/>
          <w:i w:val="0"/>
          <w:sz w:val="22"/>
        </w:rPr>
        <w:t>2. A concessão da tutela jurisdicional para determinar a adjudicação compulsória do imóvel descrito na inicial em nome do Autor;</w:t>
      </w:r>
    </w:p>
    <w:p>
      <w:r>
        <w:rPr>
          <w:b w:val="0"/>
          <w:i w:val="0"/>
          <w:sz w:val="22"/>
        </w:rPr>
        <w:t>3. A condenação do Réu ao pagamento das custas processuais e honorários advocatícios;</w:t>
      </w:r>
    </w:p>
    <w:p>
      <w:r>
        <w:rPr>
          <w:b w:val="0"/>
          <w:i w:val="0"/>
          <w:sz w:val="22"/>
        </w:rPr>
        <w:t>4. A produção de todas as provas admitidas em direito, especialmente documental e testemunhal;</w:t>
      </w:r>
    </w:p>
    <w:p>
      <w:r>
        <w:rPr>
          <w:b w:val="0"/>
          <w:i w:val="0"/>
          <w:sz w:val="22"/>
        </w:rPr>
        <w:t>5. Ao final, seja julgado totalmente procedente o pedido para que seja adjudicado em nome do Autor o imóvel objeto da presente ação, com expedição do competente mandado para registro junto ao Cartório de Registro de Imóveis.</w:t>
      </w:r>
    </w:p>
    <w:p/>
    <w:p/>
    <w:p>
      <w:r>
        <w:rPr>
          <w:b/>
          <w:i w:val="0"/>
          <w:sz w:val="22"/>
        </w:rPr>
        <w:t>V – DO VALOR DA CAUSA</w:t>
      </w:r>
    </w:p>
    <w:p/>
    <w:p>
      <w:r>
        <w:rPr>
          <w:b w:val="0"/>
          <w:i w:val="0"/>
          <w:sz w:val="22"/>
        </w:rPr>
        <w:t>Dá-se à causa o valor de R$ ________________________________ (valor do imóvel).</w:t>
      </w:r>
    </w:p>
    <w:p/>
    <w:p/>
    <w:p/>
    <w:p>
      <w:r>
        <w:rPr>
          <w:b w:val="0"/>
          <w:i w:val="0"/>
          <w:sz w:val="22"/>
        </w:rPr>
        <w:t>Local: ____________________________</w:t>
      </w:r>
    </w:p>
    <w:p>
      <w:r>
        <w:rPr>
          <w:b w:val="0"/>
          <w:i w:val="0"/>
          <w:sz w:val="22"/>
        </w:rPr>
        <w:t>Data: ___ / ___ / ______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Nome do Advogado</w:t>
      </w:r>
    </w:p>
    <w:p>
      <w:pPr>
        <w:jc w:val="center"/>
      </w:pPr>
      <w:r>
        <w:rPr>
          <w:b w:val="0"/>
          <w:i w:val="0"/>
          <w:sz w:val="22"/>
        </w:rPr>
        <w:t>OAB/UF nº 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https://modelos-br.com/adjudicacao/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adjudicacao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