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ALTA HOSPITALAR</w:t>
      </w:r>
    </w:p>
    <w:p/>
    <w:p/>
    <w:p>
      <w:r>
        <w:rPr>
          <w:b/>
          <w:sz w:val="22"/>
        </w:rPr>
        <w:t>1. IDENTIFICAÇÃO DO PACIENTE</w:t>
      </w:r>
    </w:p>
    <w:p>
      <w:r>
        <w:rPr>
          <w:b w:val="0"/>
          <w:sz w:val="22"/>
        </w:rPr>
        <w:t>Nome completo: ____________________________________________________________</w:t>
      </w:r>
    </w:p>
    <w:p>
      <w:r>
        <w:rPr>
          <w:b w:val="0"/>
          <w:sz w:val="22"/>
        </w:rPr>
        <w:t>Data de nascimento: __/__/____       Sexo: ( ) Masculino   ( ) Feminino</w:t>
      </w:r>
    </w:p>
    <w:p>
      <w:r>
        <w:rPr>
          <w:b w:val="0"/>
          <w:sz w:val="22"/>
        </w:rPr>
        <w:t>CPF: ____________________________________________________________</w:t>
      </w:r>
    </w:p>
    <w:p>
      <w:r>
        <w:rPr>
          <w:b w:val="0"/>
          <w:sz w:val="22"/>
        </w:rPr>
        <w:t>RG: 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</w:t>
      </w:r>
    </w:p>
    <w:p/>
    <w:p>
      <w:r>
        <w:rPr>
          <w:b/>
          <w:sz w:val="22"/>
        </w:rPr>
        <w:t>2. IDENTIFICAÇÃO DO HOSPITAL</w:t>
      </w:r>
    </w:p>
    <w:p>
      <w:r>
        <w:rPr>
          <w:b w:val="0"/>
          <w:sz w:val="22"/>
        </w:rPr>
        <w:t>Nome do hospital: 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</w:t>
      </w:r>
    </w:p>
    <w:p/>
    <w:p>
      <w:r>
        <w:rPr>
          <w:b/>
          <w:sz w:val="22"/>
        </w:rPr>
        <w:t>3. DADOS DA INTERNAÇÃO</w:t>
      </w:r>
    </w:p>
    <w:p>
      <w:r>
        <w:rPr>
          <w:b w:val="0"/>
          <w:sz w:val="22"/>
        </w:rPr>
        <w:t>Data de admissão: __/__/____</w:t>
      </w:r>
    </w:p>
    <w:p>
      <w:r>
        <w:rPr>
          <w:b w:val="0"/>
          <w:sz w:val="22"/>
        </w:rPr>
        <w:t>Data de alta: __/__/____</w:t>
      </w:r>
    </w:p>
    <w:p>
      <w:r>
        <w:rPr>
          <w:b w:val="0"/>
          <w:sz w:val="22"/>
        </w:rPr>
        <w:t>Número do prontuário: ________________________________________________</w:t>
      </w:r>
    </w:p>
    <w:p>
      <w:r>
        <w:rPr>
          <w:b w:val="0"/>
          <w:sz w:val="22"/>
        </w:rPr>
        <w:t>Diagnóstico principal (CID-10): _______________________________________</w:t>
      </w:r>
    </w:p>
    <w:p>
      <w:r>
        <w:rPr>
          <w:b w:val="0"/>
          <w:sz w:val="22"/>
        </w:rPr>
        <w:t>Diagnósticos secundários (CID-10): ___________________________________</w:t>
      </w:r>
    </w:p>
    <w:p/>
    <w:p>
      <w:r>
        <w:rPr>
          <w:b/>
          <w:sz w:val="22"/>
        </w:rPr>
        <w:t>4. HISTÓRICO CLÍNICO RESUMIDO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rPr>
          <w:b/>
          <w:sz w:val="22"/>
        </w:rPr>
        <w:t>5. PROCEDIMENTOS REALIZADOS</w:t>
      </w:r>
    </w:p>
    <w:p>
      <w:r>
        <w:rPr>
          <w:b w:val="0"/>
          <w:sz w:val="22"/>
        </w:rPr>
        <w:t>- Cirurgias: _________________________________________________________</w:t>
      </w:r>
    </w:p>
    <w:p>
      <w:r>
        <w:rPr>
          <w:b w:val="0"/>
          <w:sz w:val="22"/>
        </w:rPr>
        <w:t>- Terapias e tratamentos: _____________________________________________</w:t>
      </w:r>
    </w:p>
    <w:p>
      <w:r>
        <w:rPr>
          <w:b w:val="0"/>
          <w:sz w:val="22"/>
        </w:rPr>
        <w:t>- Exames complementares relevantes: ___________________________________</w:t>
      </w:r>
    </w:p>
    <w:p>
      <w:r>
        <w:rPr>
          <w:b w:val="0"/>
          <w:sz w:val="22"/>
        </w:rPr>
        <w:t>- Medicamentos administrados: ________________________________________</w:t>
      </w:r>
    </w:p>
    <w:p/>
    <w:p>
      <w:r>
        <w:rPr>
          <w:b/>
          <w:sz w:val="22"/>
        </w:rPr>
        <w:t>6. ESTADO CLÍNICO NO MOMENTO DA ALTA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rPr>
          <w:b/>
          <w:sz w:val="22"/>
        </w:rPr>
        <w:t>7. ORIENTAÇÕES AO PACIENTE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rPr>
          <w:b/>
          <w:sz w:val="22"/>
        </w:rPr>
        <w:t>8. NECESSIDADE DE CUIDADOS E ACOMPANHAMENTO</w:t>
      </w:r>
    </w:p>
    <w:p>
      <w:r>
        <w:rPr>
          <w:b w:val="0"/>
          <w:sz w:val="22"/>
        </w:rPr>
        <w:t>Necessita acompanhamento ambulatorial: ( ) Sim   ( ) Não</w:t>
      </w:r>
    </w:p>
    <w:p>
      <w:r>
        <w:rPr>
          <w:b w:val="0"/>
          <w:sz w:val="22"/>
        </w:rPr>
        <w:t>Se sim, especificar: __________________________________________________</w:t>
      </w:r>
    </w:p>
    <w:p>
      <w:r>
        <w:rPr>
          <w:b w:val="0"/>
          <w:sz w:val="22"/>
        </w:rPr>
        <w:t>Prescrição de medicações para uso domiciliar: ( ) Sim   ( ) Não</w:t>
      </w:r>
    </w:p>
    <w:p>
      <w:r>
        <w:rPr>
          <w:b w:val="0"/>
          <w:sz w:val="22"/>
        </w:rPr>
        <w:t>Se sim, especificar: __________________________________________________</w:t>
      </w:r>
    </w:p>
    <w:p/>
    <w:p>
      <w:r>
        <w:rPr>
          <w:b/>
          <w:sz w:val="22"/>
        </w:rPr>
        <w:t>9. RESPONSÁVEL PELO PACIENTE NA ALTA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Parentesco/Relacionamento: ____________________________________________</w:t>
      </w:r>
    </w:p>
    <w:p>
      <w:r>
        <w:rPr>
          <w:b w:val="0"/>
          <w:sz w:val="22"/>
        </w:rPr>
        <w:t>Telefone para contato: _________________________________________________</w:t>
      </w:r>
    </w:p>
    <w:p/>
    <w:p/>
    <w:p>
      <w:pPr>
        <w:jc w:val="both"/>
      </w:pPr>
      <w:r>
        <w:rPr>
          <w:sz w:val="22"/>
        </w:rPr>
        <w:t>Declaro para os devidos fins que o paciente acima identificado recebeu alta hospitalar nesta data, estando em condições clínicas estáveis para continuidade do tratamento fora do ambiente hospitalar.</w:t>
      </w:r>
    </w:p>
    <w:p/>
    <w:p/>
    <w:p/>
    <w:p>
      <w:pPr>
        <w:jc w:val="left"/>
      </w:pPr>
      <w:r>
        <w:rPr>
          <w:sz w:val="22"/>
        </w:rPr>
        <w:t>Local: ____________________________________</w:t>
      </w:r>
    </w:p>
    <w:p/>
    <w:p>
      <w:pPr>
        <w:jc w:val="left"/>
      </w:pPr>
      <w:r>
        <w:rPr>
          <w:sz w:val="22"/>
        </w:rPr>
        <w:t>Data: ____ / ____ / ______</w:t>
      </w:r>
    </w:p>
    <w:p/>
    <w:p/>
    <w:p/>
    <w:p/>
    <w:p>
      <w:pPr>
        <w:jc w:val="center"/>
      </w:pPr>
      <w:r>
        <w:rPr>
          <w:b/>
          <w:sz w:val="22"/>
        </w:rPr>
        <w:t>__________________________________________________________</w:t>
      </w:r>
    </w:p>
    <w:p/>
    <w:p>
      <w:pPr>
        <w:jc w:val="center"/>
      </w:pPr>
      <w:r>
        <w:rPr>
          <w:sz w:val="22"/>
        </w:rPr>
        <w:t>Médico Responsável</w:t>
      </w:r>
    </w:p>
    <w:p/>
    <w:p>
      <w:pPr>
        <w:jc w:val="center"/>
      </w:pPr>
      <w:r>
        <w:rPr>
          <w:sz w:val="22"/>
        </w:rPr>
        <w:t>CRM: 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https://modelos-br.com/alta-hospitalar/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lta-hospitalar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