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AÇÃO DE CONCESSÃO DE APOSENTADORIA POR IDADE</w:t>
      </w:r>
    </w:p>
    <w:p/>
    <w:p>
      <w:r>
        <w:rPr>
          <w:b w:val="0"/>
          <w:sz w:val="20"/>
        </w:rPr>
        <w:t>EXCELENTÍSSIMO SENHOR DOUTOR JUIZ FEDERAL DA ___ª VARA PREVIDENCIÁRIA DA SEÇÃO JUDICIÁRIA DE ____________________</w:t>
      </w:r>
    </w:p>
    <w:p/>
    <w:p>
      <w:r>
        <w:rPr>
          <w:b w:val="0"/>
          <w:sz w:val="20"/>
        </w:rPr>
        <w:t>NOME DO(A) AUTOR(A): 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________________________________________________________________________</w:t>
      </w:r>
    </w:p>
    <w:p>
      <w:r>
        <w:rPr>
          <w:b w:val="0"/>
          <w:sz w:val="20"/>
        </w:rPr>
        <w:t>RG: _________________________________________________________________________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___________________________________________________________</w:t>
      </w:r>
    </w:p>
    <w:p>
      <w:r>
        <w:rPr>
          <w:b w:val="0"/>
          <w:sz w:val="20"/>
        </w:rPr>
        <w:t>CEP: _____________________________ TELEFONE: _________________________________</w:t>
      </w:r>
    </w:p>
    <w:p>
      <w:r>
        <w:rPr>
          <w:b w:val="0"/>
          <w:sz w:val="20"/>
        </w:rPr>
        <w:t>E-MAIL: ______________________________________________________________________</w:t>
      </w:r>
    </w:p>
    <w:p/>
    <w:p>
      <w:r>
        <w:rPr>
          <w:b w:val="0"/>
          <w:sz w:val="20"/>
        </w:rPr>
        <w:t>PROCESSO Nº: _________________________________________________________________</w:t>
      </w:r>
    </w:p>
    <w:p/>
    <w:p>
      <w:r>
        <w:rPr>
          <w:b w:val="0"/>
          <w:sz w:val="20"/>
        </w:rPr>
        <w:t>NOME DO(A) RÉU(É): INSTITUTO NACIONAL DO SEGURO SOCIAL - INSS</w:t>
      </w:r>
    </w:p>
    <w:p>
      <w:r>
        <w:rPr>
          <w:b w:val="0"/>
          <w:sz w:val="20"/>
        </w:rPr>
        <w:t>ENDEREÇO: _________________________________________________________________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O(A) Autor(a) preenche todos os requisitos legais para a concessão da aposentadoria por idade, conforme previsto na legislação previdenciária vigente, eis que completou a idade mínima exigida e contribuiu para a Previdência Social pelo período mínimo necessário.</w:t>
      </w:r>
    </w:p>
    <w:p/>
    <w:p>
      <w:r>
        <w:rPr>
          <w:b w:val="0"/>
          <w:sz w:val="20"/>
        </w:rPr>
        <w:t>O(A) Autor(a) requereu administrativamente o benefício junto ao INSS, tendo seu pedido indeferido/aguardando análise (escolher o caso), motivo pelo qual se faz necessária a propositura da presente demanda para garantir o direito constitucional à aposentadoria.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A aposentadoria por idade está prevista nos artigos 48 e seguintes da Lei nº 8.213/91, que dispõe sobre os Planos de Benefícios da Previdência Social.</w:t>
      </w:r>
    </w:p>
    <w:p/>
    <w:p>
      <w:r>
        <w:rPr>
          <w:b w:val="0"/>
          <w:sz w:val="20"/>
        </w:rPr>
        <w:t>Para os homens, a idade mínima exigida é de 65 anos; para as mulheres, 62 anos, conforme estabelece a Emenda Constitucional nº 103/2019.</w:t>
      </w:r>
    </w:p>
    <w:p/>
    <w:p>
      <w:r>
        <w:rPr>
          <w:b w:val="0"/>
          <w:sz w:val="20"/>
        </w:rPr>
        <w:t>Além disso, o(a) Autor(a) cumpriu o tempo mínimo de contribuição de 15 anos, conforme o disposto no artigo 25 da referida lei.</w:t>
      </w:r>
    </w:p>
    <w:p/>
    <w:p>
      <w:r>
        <w:rPr>
          <w:b w:val="0"/>
          <w:sz w:val="20"/>
        </w:rPr>
        <w:t>Conforme demonstram os documentos anexos, o(a) Autor(a) possui todas as contribuições necessárias para a concessão do benefício previdenciário, devendo o INSS reconhecer e conceder o direito.</w:t>
      </w:r>
    </w:p>
    <w:p/>
    <w:p>
      <w:r>
        <w:rPr>
          <w:b/>
          <w:sz w:val="22"/>
        </w:rPr>
        <w:t>III – DA PROVA</w:t>
      </w:r>
    </w:p>
    <w:p/>
    <w:p>
      <w:r>
        <w:rPr>
          <w:b w:val="0"/>
          <w:sz w:val="20"/>
        </w:rPr>
        <w:t>Protesta provar o alegado por todos os meios de prova em direito admitidos, especialmente pela juntada dos documentos comprobatórios do tempo de contribuição e da idade do(a) Autor(a), além de eventual prova pericial e testemunhal, caso necessário.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requer:</w:t>
      </w:r>
    </w:p>
    <w:p/>
    <w:p>
      <w:r>
        <w:rPr>
          <w:b w:val="0"/>
          <w:sz w:val="20"/>
        </w:rPr>
        <w:t>1. A citação do Instituto Nacional do Seguro Social - INSS, na pessoa de seu representante legal, para que, querendo, apresente contestação no prazo legal, sob pena de revelia e confissão;</w:t>
      </w:r>
    </w:p>
    <w:p/>
    <w:p>
      <w:r>
        <w:rPr>
          <w:b w:val="0"/>
          <w:sz w:val="20"/>
        </w:rPr>
        <w:t>2. A concessão da aposentadoria por idade ao(à) Autor(a), com o pagamento dos valores atrasados desde a data do requerimento administrativo, acrescidos de juros e correção monetária;</w:t>
      </w:r>
    </w:p>
    <w:p/>
    <w:p>
      <w:r>
        <w:rPr>
          <w:b w:val="0"/>
          <w:sz w:val="20"/>
        </w:rPr>
        <w:t>3. Caso necessário, a realização de perícia técnica para confirmação do tempo de contribuição e demais requisitos;</w:t>
      </w:r>
    </w:p>
    <w:p/>
    <w:p>
      <w:r>
        <w:rPr>
          <w:b w:val="0"/>
          <w:sz w:val="20"/>
        </w:rPr>
        <w:t>4. A condenação do INSS ao pagamento dos honorários advocatícios, custas processuais e demais cominações legais;</w:t>
      </w:r>
    </w:p>
    <w:p/>
    <w:p>
      <w:r>
        <w:rPr>
          <w:b w:val="0"/>
          <w:sz w:val="20"/>
        </w:rPr>
        <w:t>5. A concessão dos benefícios da justiça gratuita, por ser o(a) Autor(a) pessoa pobre na acepção jurídica do termo, nos termos da Lei nº 1.060/50 e do artigo 98 do Código de Processo Civil;</w:t>
      </w:r>
    </w:p>
    <w:p/>
    <w:p>
      <w:r>
        <w:rPr>
          <w:b w:val="0"/>
          <w:sz w:val="20"/>
        </w:rPr>
        <w:t>6. A intimação do Ministério Público Federal para acompanhar o feito, nos termos da legislação vigente.</w:t>
      </w:r>
    </w:p>
    <w:p/>
    <w:p>
      <w:r>
        <w:rPr>
          <w:b/>
          <w:sz w:val="22"/>
        </w:rPr>
        <w:t>V – DO VALOR DA CAUSA</w:t>
      </w:r>
    </w:p>
    <w:p/>
    <w:p>
      <w:r>
        <w:rPr>
          <w:b w:val="0"/>
          <w:sz w:val="20"/>
        </w:rPr>
        <w:t>Dá-se à causa o valor de R$ __________________ (valor estimado dos benefícios pleiteados).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______ de _______________________ de ________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OAB/___ Nº 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https://modelos-br.com/aposentadoria-por-idade/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aposentadoria-por-idade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