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AVISO PRÉVIO</w:t>
      </w:r>
    </w:p>
    <w:p/>
    <w:p/>
    <w:p>
      <w:r>
        <w:rPr>
          <w:b/>
          <w:i w:val="0"/>
          <w:sz w:val="22"/>
        </w:rPr>
        <w:t>À</w:t>
      </w:r>
    </w:p>
    <w:p>
      <w:r>
        <w:rPr>
          <w:b w:val="0"/>
          <w:i w:val="0"/>
          <w:sz w:val="22"/>
        </w:rPr>
        <w:t>EMPRESA ______________________________________________________________</w:t>
      </w:r>
    </w:p>
    <w:p>
      <w:r>
        <w:rPr>
          <w:b w:val="0"/>
          <w:i w:val="0"/>
          <w:sz w:val="22"/>
        </w:rPr>
        <w:t>CNPJ: 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</w:t>
      </w:r>
    </w:p>
    <w:p/>
    <w:p>
      <w:r>
        <w:rPr>
          <w:b w:val="0"/>
          <w:i w:val="0"/>
          <w:sz w:val="22"/>
        </w:rPr>
        <w:t>Local: ________________________________    Data: ____/____/________</w:t>
      </w:r>
    </w:p>
    <w:p/>
    <w:p/>
    <w:p>
      <w:r>
        <w:rPr>
          <w:b w:val="0"/>
          <w:i/>
          <w:sz w:val="22"/>
        </w:rPr>
        <w:t>Prezado(s) Senhor(es),</w:t>
      </w:r>
    </w:p>
    <w:p/>
    <w:p>
      <w:pPr>
        <w:jc w:val="both"/>
      </w:pPr>
      <w:r>
        <w:rPr>
          <w:b w:val="0"/>
          <w:i w:val="0"/>
          <w:sz w:val="22"/>
        </w:rPr>
        <w:t>Eu, _______________________________________________________________, portador(a) do CPF nº _____________________ e RG nº _____________________, residente e domiciliado(a) à ____________________________________________, venho por meio desta comunicar formalmente o meu aviso prévio, conforme previsto na Consolidação das Leis do Trabalho (CLT), artigo 487 e seguintes, e demais legislações aplicáveis.</w:t>
      </w:r>
    </w:p>
    <w:p/>
    <w:p>
      <w:pPr>
        <w:jc w:val="both"/>
      </w:pPr>
      <w:r>
        <w:rPr>
          <w:b w:val="0"/>
          <w:i w:val="0"/>
          <w:sz w:val="22"/>
        </w:rPr>
        <w:t>Informo que a presente comunicação tem por finalidade dar ciência da intenção de encerrar o contrato de trabalho mantido com esta empresa, cumprindo o prazo legal de aviso prévio de __ (trinta) dias, conforme determina a legislação vigente.</w:t>
      </w:r>
    </w:p>
    <w:p/>
    <w:p>
      <w:pPr>
        <w:jc w:val="both"/>
      </w:pPr>
      <w:r>
        <w:rPr>
          <w:b w:val="0"/>
          <w:i w:val="0"/>
          <w:sz w:val="22"/>
        </w:rPr>
        <w:t>Caso a empresa opte pelo imediato desligamento, requeiro que o aviso prévio seja considerado indenizado, nos termos do artigo 487, § 1º da CLT, com o pagamento das verbas correspondentes.</w:t>
      </w:r>
    </w:p>
    <w:p/>
    <w:p>
      <w:pPr>
        <w:jc w:val="both"/>
      </w:pPr>
      <w:r>
        <w:rPr>
          <w:b w:val="0"/>
          <w:i w:val="0"/>
          <w:sz w:val="22"/>
        </w:rPr>
        <w:t>Durante o período do aviso prévio, comprometo-me a cumprir minhas obrigações contratuais, respeitando o horário e as atividades habituais, garantindo a continuidade das minhas funções até o término do prazo estipulado.</w:t>
      </w:r>
    </w:p>
    <w:p/>
    <w:p>
      <w:pPr>
        <w:jc w:val="both"/>
      </w:pPr>
      <w:r>
        <w:rPr>
          <w:b w:val="0"/>
          <w:i w:val="0"/>
          <w:sz w:val="22"/>
        </w:rPr>
        <w:t>Solicito ainda que sejam disponibilizados os documentos necessários para a homologação do término do contrato de trabalho, bem como a quitação das verbas rescisórias, incluindo, mas não se limitando a: saldo de salário, férias proporcionais acrescidas de 1/3, 13º salário proporcional, FGTS com multa de 40%, e demais direitos previstos na legislação trabalhista.</w:t>
      </w:r>
    </w:p>
    <w:p/>
    <w:p>
      <w:pPr>
        <w:jc w:val="both"/>
      </w:pPr>
      <w:r>
        <w:rPr>
          <w:b w:val="0"/>
          <w:i w:val="0"/>
          <w:sz w:val="22"/>
        </w:rPr>
        <w:t>Por fim, agradeço pela oportunidade de trabalho e coloco-me à disposição para esclarecimentos que se fizerem necessários.</w:t>
      </w:r>
    </w:p>
    <w:p/>
    <w:p/>
    <w:p>
      <w:r>
        <w:rPr>
          <w:b w:val="0"/>
          <w:i w:val="0"/>
          <w:sz w:val="22"/>
        </w:rPr>
        <w:t>Atenciosamente,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do(a) Empregado(a)</w:t>
      </w:r>
    </w:p>
    <w:p/>
    <w:p/>
    <w:p>
      <w:r>
        <w:rPr>
          <w:b/>
          <w:i w:val="0"/>
          <w:sz w:val="22"/>
        </w:rPr>
        <w:t>Nome: _______________________________________________________________</w:t>
      </w:r>
    </w:p>
    <w:p>
      <w:r>
        <w:rPr>
          <w:b/>
          <w:i w:val="0"/>
          <w:sz w:val="22"/>
        </w:rPr>
        <w:t>CPF: ________________________________________________________________</w:t>
      </w:r>
    </w:p>
    <w:p>
      <w:r>
        <w:rPr>
          <w:b/>
          <w:i w:val="0"/>
          <w:sz w:val="22"/>
        </w:rPr>
        <w:t>RG: _________________________________________________________________</w:t>
      </w:r>
    </w:p>
    <w:p>
      <w:r>
        <w:rPr>
          <w:b/>
          <w:i w:val="0"/>
          <w:sz w:val="22"/>
        </w:rPr>
        <w:t>Endereço: 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https://modelos-br.com/aviso-previo/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viso-previ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