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CARTA DE INTENÇÃO DE COMPRA</w:t>
      </w:r>
    </w:p>
    <w:p/>
    <w:p/>
    <w:p>
      <w:r>
        <w:rPr>
          <w:b/>
          <w:i w:val="0"/>
          <w:sz w:val="22"/>
        </w:rPr>
        <w:t>De:</w:t>
      </w:r>
    </w:p>
    <w:p>
      <w:r>
        <w:rPr>
          <w:b w:val="0"/>
          <w:i w:val="0"/>
          <w:sz w:val="22"/>
        </w:rPr>
        <w:t>Nome/Razão Social: ______________________________________________</w:t>
      </w:r>
    </w:p>
    <w:p>
      <w:r>
        <w:rPr>
          <w:b w:val="0"/>
          <w:i w:val="0"/>
          <w:sz w:val="22"/>
        </w:rPr>
        <w:t>CPF/CNPJ: _______________________________________________________</w:t>
      </w:r>
    </w:p>
    <w:p>
      <w:r>
        <w:rPr>
          <w:b w:val="0"/>
          <w:i w:val="0"/>
          <w:sz w:val="22"/>
        </w:rPr>
        <w:t>Endereço: _______________________________________________________</w:t>
      </w:r>
    </w:p>
    <w:p>
      <w:r>
        <w:rPr>
          <w:b w:val="0"/>
          <w:i w:val="0"/>
          <w:sz w:val="22"/>
        </w:rPr>
        <w:t>Telefone: _______________________________________________________</w:t>
      </w:r>
    </w:p>
    <w:p>
      <w:r>
        <w:rPr>
          <w:b w:val="0"/>
          <w:i w:val="0"/>
          <w:sz w:val="22"/>
        </w:rPr>
        <w:t>E-mail: _________________________________________________________</w:t>
      </w:r>
    </w:p>
    <w:p/>
    <w:p/>
    <w:p>
      <w:r>
        <w:rPr>
          <w:b/>
          <w:i w:val="0"/>
          <w:sz w:val="22"/>
        </w:rPr>
        <w:t>Para:</w:t>
      </w:r>
    </w:p>
    <w:p>
      <w:r>
        <w:rPr>
          <w:b w:val="0"/>
          <w:i w:val="0"/>
          <w:sz w:val="22"/>
        </w:rPr>
        <w:t>Nome/Razão Social: ______________________________________________</w:t>
      </w:r>
    </w:p>
    <w:p>
      <w:r>
        <w:rPr>
          <w:b w:val="0"/>
          <w:i w:val="0"/>
          <w:sz w:val="22"/>
        </w:rPr>
        <w:t>CPF/CNPJ: _______________________________________________________</w:t>
      </w:r>
    </w:p>
    <w:p>
      <w:r>
        <w:rPr>
          <w:b w:val="0"/>
          <w:i w:val="0"/>
          <w:sz w:val="22"/>
        </w:rPr>
        <w:t>Endereço: _______________________________________________________</w:t>
      </w:r>
    </w:p>
    <w:p>
      <w:r>
        <w:rPr>
          <w:b w:val="0"/>
          <w:i w:val="0"/>
          <w:sz w:val="22"/>
        </w:rPr>
        <w:t>Telefone: _______________________________________________________</w:t>
      </w:r>
    </w:p>
    <w:p>
      <w:r>
        <w:rPr>
          <w:b w:val="0"/>
          <w:i w:val="0"/>
          <w:sz w:val="22"/>
        </w:rPr>
        <w:t>E-mail: _________________________________________________________</w:t>
      </w:r>
    </w:p>
    <w:p/>
    <w:p/>
    <w:p>
      <w:r>
        <w:rPr>
          <w:b w:val="0"/>
          <w:i w:val="0"/>
          <w:sz w:val="22"/>
        </w:rPr>
        <w:t>Prezado(s) Senhor(es),</w:t>
      </w:r>
    </w:p>
    <w:p/>
    <w:p>
      <w:r>
        <w:rPr>
          <w:b w:val="0"/>
          <w:i w:val="0"/>
          <w:sz w:val="22"/>
        </w:rPr>
        <w:t>Manifesto, por meio desta, meu interesse na aquisição do(s) seguinte(s) bem(ns) ou serviço(s):</w:t>
      </w:r>
    </w:p>
    <w:p/>
    <w:p>
      <w:r>
        <w:rPr>
          <w:b/>
          <w:i w:val="0"/>
          <w:sz w:val="22"/>
        </w:rPr>
        <w:t>Descrição detalhada dos bens ou serviços pretendidos:</w:t>
      </w:r>
    </w:p>
    <w:p>
      <w:r>
        <w:rPr>
          <w:b w:val="0"/>
          <w:i w:val="0"/>
          <w:sz w:val="22"/>
        </w:rPr>
        <w:t>______________________________________________________________________________</w:t>
      </w:r>
    </w:p>
    <w:p>
      <w:r>
        <w:rPr>
          <w:b w:val="0"/>
          <w:i w:val="0"/>
          <w:sz w:val="22"/>
        </w:rPr>
        <w:t>______________________________________________________________________________</w:t>
      </w:r>
    </w:p>
    <w:p>
      <w:r>
        <w:rPr>
          <w:b w:val="0"/>
          <w:i w:val="0"/>
          <w:sz w:val="22"/>
        </w:rPr>
        <w:t>______________________________________________________________________________</w:t>
      </w:r>
    </w:p>
    <w:p/>
    <w:p>
      <w:r>
        <w:rPr>
          <w:b/>
          <w:i w:val="0"/>
          <w:sz w:val="22"/>
        </w:rPr>
        <w:t>Condições propostas para a aquisição:</w:t>
      </w:r>
    </w:p>
    <w:p>
      <w:r>
        <w:rPr>
          <w:b w:val="0"/>
          <w:i w:val="0"/>
          <w:sz w:val="22"/>
        </w:rPr>
        <w:t>Preço pretendido: R$ ________________________________________________</w:t>
      </w:r>
    </w:p>
    <w:p>
      <w:r>
        <w:rPr>
          <w:b w:val="0"/>
          <w:i w:val="0"/>
          <w:sz w:val="22"/>
        </w:rPr>
        <w:t>Forma de pagamento: _______________________________________________</w:t>
      </w:r>
    </w:p>
    <w:p>
      <w:r>
        <w:rPr>
          <w:b w:val="0"/>
          <w:i w:val="0"/>
          <w:sz w:val="22"/>
        </w:rPr>
        <w:t>Prazo para pagamento: ______________________________________________</w:t>
      </w:r>
    </w:p>
    <w:p>
      <w:r>
        <w:rPr>
          <w:b w:val="0"/>
          <w:i w:val="0"/>
          <w:sz w:val="22"/>
        </w:rPr>
        <w:t>Condições de entrega: ______________________________________________</w:t>
      </w:r>
    </w:p>
    <w:p>
      <w:r>
        <w:rPr>
          <w:b w:val="0"/>
          <w:i w:val="0"/>
          <w:sz w:val="22"/>
        </w:rPr>
        <w:t>Outras condições: _________________________________________________</w:t>
      </w:r>
    </w:p>
    <w:p/>
    <w:p/>
    <w:p>
      <w:r>
        <w:rPr>
          <w:b w:val="0"/>
          <w:i/>
          <w:sz w:val="22"/>
        </w:rPr>
        <w:t>Esta carta tem caráter de manifestação de interesse e não configura obrigação contratual até que seja formalizado instrumento próprio, respeitando-se as condições legais aplicáveis.</w:t>
      </w:r>
    </w:p>
    <w:p/>
    <w:p/>
    <w:p>
      <w:r>
        <w:rPr>
          <w:b w:val="0"/>
          <w:i w:val="0"/>
          <w:sz w:val="22"/>
        </w:rPr>
        <w:t>Solicito, portanto, que seja considerado meu interesse e que sejam fornecidas as informações e/ou documentos necessários para a continuidade da negociação.</w:t>
      </w:r>
    </w:p>
    <w:p/>
    <w:p/>
    <w:p>
      <w:r>
        <w:rPr>
          <w:b w:val="0"/>
          <w:i w:val="0"/>
          <w:sz w:val="22"/>
        </w:rPr>
        <w:t>Sem mais para o momento, e no aguardo de um breve retorno,</w:t>
      </w:r>
    </w:p>
    <w:p/>
    <w:p/>
    <w:p>
      <w:r>
        <w:rPr>
          <w:b w:val="0"/>
          <w:i w:val="0"/>
          <w:sz w:val="22"/>
        </w:rPr>
        <w:t>Atenciosamente,</w:t>
      </w:r>
    </w:p>
    <w:p/>
    <w:p/>
    <w:p/>
    <w:p/>
    <w:p>
      <w:pPr>
        <w:jc w:val="center"/>
      </w:pPr>
      <w:r>
        <w:rPr>
          <w:b w:val="0"/>
          <w:i w:val="0"/>
          <w:sz w:val="22"/>
        </w:rPr>
        <w:t>_________________________________________________________</w:t>
      </w:r>
    </w:p>
    <w:p>
      <w:pPr>
        <w:jc w:val="center"/>
      </w:pPr>
      <w:r>
        <w:rPr>
          <w:b w:val="0"/>
          <w:i w:val="0"/>
          <w:sz w:val="22"/>
        </w:rPr>
        <w:t>Assinatura do Interessado</w:t>
      </w:r>
    </w:p>
    <w:p/>
    <w:p/>
    <w:p>
      <w:r>
        <w:rPr>
          <w:b w:val="0"/>
          <w:i w:val="0"/>
          <w:sz w:val="22"/>
        </w:rPr>
        <w:t>Nome completo: ______________________________________________</w:t>
      </w:r>
    </w:p>
    <w:p>
      <w:r>
        <w:rPr>
          <w:b w:val="0"/>
          <w:i w:val="0"/>
          <w:sz w:val="22"/>
        </w:rPr>
        <w:t>CPF: _______________________________________________________</w:t>
      </w:r>
    </w:p>
    <w:p>
      <w:r>
        <w:rPr>
          <w:b w:val="0"/>
          <w:i w:val="0"/>
          <w:sz w:val="22"/>
        </w:rPr>
        <w:t>RG: ________________________________________________________</w:t>
      </w:r>
    </w:p>
    <w:p>
      <w:r>
        <w:rPr>
          <w:b w:val="0"/>
          <w:i w:val="0"/>
          <w:sz w:val="22"/>
        </w:rPr>
        <w:t>Telefone: _________________________________________________</w:t>
      </w:r>
    </w:p>
    <w:p>
      <w:r>
        <w:rPr>
          <w:b w:val="0"/>
          <w:i w:val="0"/>
          <w:sz w:val="22"/>
        </w:rPr>
        <w:t>E-mail: _________________________________________________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https://modelos-br.com/carta-de-intencao-de-compra/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https://modelos-br.com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modelos-br.com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s-br.com/carta-de-intencao-de-compra/" TargetMode="External"/><Relationship Id="rId10" Type="http://schemas.openxmlformats.org/officeDocument/2006/relationships/hyperlink" Target="https://modelos-b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