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COMPRA E VENDA DE MOTOCICLETA</w:t>
      </w:r>
    </w:p>
    <w:p/>
    <w:p/>
    <w:p>
      <w:pPr>
        <w:jc w:val="both"/>
      </w:pPr>
      <w:r>
        <w:rPr>
          <w:b/>
          <w:i w:val="0"/>
          <w:sz w:val="20"/>
        </w:rPr>
        <w:t>Pelo presente instrumento particular de Contrato de Compra e Venda, de um lado, como VENDEDOR(a):</w:t>
      </w:r>
    </w:p>
    <w:p/>
    <w:p>
      <w:pPr>
        <w:jc w:val="both"/>
      </w:pPr>
      <w:r>
        <w:rPr>
          <w:b w:val="0"/>
          <w:i w:val="0"/>
          <w:sz w:val="20"/>
        </w:rPr>
        <w:t>Nome: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Nacionalidade: 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Estado Civil: 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Profissão: 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CPF: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RG: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Endereço: _____________________________________________________________</w:t>
      </w:r>
    </w:p>
    <w:p/>
    <w:p>
      <w:pPr>
        <w:jc w:val="both"/>
      </w:pPr>
      <w:r>
        <w:rPr>
          <w:b/>
          <w:i w:val="0"/>
          <w:sz w:val="20"/>
        </w:rPr>
        <w:t>E de outro lado, como COMPRADOR(a):</w:t>
      </w:r>
    </w:p>
    <w:p/>
    <w:p>
      <w:pPr>
        <w:jc w:val="both"/>
      </w:pPr>
      <w:r>
        <w:rPr>
          <w:b w:val="0"/>
          <w:i w:val="0"/>
          <w:sz w:val="20"/>
        </w:rPr>
        <w:t>Nome: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Nacionalidade: 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Estado Civil: 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Profissão: 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CPF: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RG: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Endereço: 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pPr>
        <w:jc w:val="both"/>
      </w:pPr>
      <w:r>
        <w:rPr>
          <w:b w:val="0"/>
          <w:i w:val="0"/>
          <w:sz w:val="20"/>
        </w:rPr>
        <w:t>O VENDEDOR vende ao COMPRADOR, que compra neste ato, o veículo automotor do tipo motocicleta, cuja descrição segue abaixo:</w:t>
      </w:r>
    </w:p>
    <w:p/>
    <w:p>
      <w:pPr>
        <w:jc w:val="both"/>
      </w:pPr>
      <w:r>
        <w:rPr>
          <w:b w:val="0"/>
          <w:i w:val="0"/>
          <w:sz w:val="20"/>
        </w:rPr>
        <w:t>Marca: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Modelo: 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Ano de Fabricação: 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Ano do Modelo: 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Cor: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Placa: 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Renavam: 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Chassi: 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Número do Motor: 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2ª – DO PREÇO E FORMA DE PAGAMENTO</w:t>
      </w:r>
    </w:p>
    <w:p>
      <w:pPr>
        <w:jc w:val="both"/>
      </w:pPr>
      <w:r>
        <w:rPr>
          <w:b w:val="0"/>
          <w:i w:val="0"/>
          <w:sz w:val="20"/>
        </w:rPr>
        <w:t>O preço certo e ajustado entre as partes para a venda do veículo descrito na Cláusula 1ª é de R$ ________________ (______________________________), que será pago pelo COMPRADOR ao VENDEDOR da seguinte forma:</w:t>
      </w:r>
    </w:p>
    <w:p>
      <w:pPr>
        <w:jc w:val="both"/>
      </w:pPr>
      <w:r>
        <w:rPr>
          <w:b w:val="0"/>
          <w:i w:val="0"/>
          <w:sz w:val="20"/>
        </w:rPr>
        <w:t>- [  ] À vista, no ato da assinatura deste contrato.</w:t>
      </w:r>
    </w:p>
    <w:p>
      <w:pPr>
        <w:jc w:val="both"/>
      </w:pPr>
      <w:r>
        <w:rPr>
          <w:b w:val="0"/>
          <w:i w:val="0"/>
          <w:sz w:val="20"/>
        </w:rPr>
        <w:t>- [  ] Parcelado, em ____ (____) vezes de R$ ________________, com vencimento todo dia __ de cada mês, iniciando em __/__/____.</w:t>
      </w:r>
    </w:p>
    <w:p>
      <w:pPr>
        <w:jc w:val="both"/>
      </w:pPr>
      <w:r>
        <w:rPr>
          <w:b w:val="0"/>
          <w:i w:val="0"/>
          <w:sz w:val="20"/>
        </w:rPr>
        <w:t>- [  ] Outra forma: 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3ª – DA ENTREGA DO VEÍCULO</w:t>
      </w:r>
    </w:p>
    <w:p>
      <w:pPr>
        <w:jc w:val="both"/>
      </w:pPr>
      <w:r>
        <w:rPr>
          <w:b w:val="0"/>
          <w:i w:val="0"/>
          <w:sz w:val="20"/>
        </w:rPr>
        <w:t>O VENDEDOR se compromete a entregar o veículo descrito na Cláusula 1ª ao COMPRADOR no prazo máximo de ____ dias após a quitação total do preço, no endereço do VENDEDOR, salvo acordo diverso entre as partes.</w:t>
      </w:r>
    </w:p>
    <w:p/>
    <w:p/>
    <w:p>
      <w:pPr>
        <w:jc w:val="left"/>
      </w:pPr>
      <w:r>
        <w:rPr>
          <w:b/>
          <w:sz w:val="22"/>
        </w:rPr>
        <w:t>CLÁUSULA 4ª – DA DOCUMENTAÇÃO E TRANSFERÊNCIA</w:t>
      </w:r>
    </w:p>
    <w:p>
      <w:pPr>
        <w:jc w:val="both"/>
      </w:pPr>
      <w:r>
        <w:rPr>
          <w:b w:val="0"/>
          <w:i w:val="0"/>
          <w:sz w:val="20"/>
        </w:rPr>
        <w:t>O VENDEDOR declara que o veículo está livre e desembaraçado de quaisquer ônus, multas, débitos ou restrições judiciais ou administrativas até a presente data. Compromete-se ainda a entregar toda documentação necessária para a transferência de propriedade ao COMPRADOR, que deverá providenciar a transferência no prazo legal de 30 (trinta) dias, sob pena de responsabilidade exclusiva do COMPRADOR.</w:t>
      </w:r>
    </w:p>
    <w:p/>
    <w:p/>
    <w:p>
      <w:pPr>
        <w:jc w:val="left"/>
      </w:pPr>
      <w:r>
        <w:rPr>
          <w:b/>
          <w:sz w:val="22"/>
        </w:rPr>
        <w:t>CLÁUSULA 5ª – DO ESTADO DO VEÍCULO</w:t>
      </w:r>
    </w:p>
    <w:p>
      <w:pPr>
        <w:jc w:val="both"/>
      </w:pPr>
      <w:r>
        <w:rPr>
          <w:b w:val="0"/>
          <w:i w:val="0"/>
          <w:sz w:val="20"/>
        </w:rPr>
        <w:t>O COMPRADOR declara ter vistoriado o veículo, aceitando-o no estado em que se encontra, isentando o VENDEDOR de quaisquer responsabilidades por vícios ou defeitos ocultos, exceto se expressamente declarados neste contrato: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6ª – DA RESCISÃO CONTRATUAL</w:t>
      </w:r>
    </w:p>
    <w:p>
      <w:pPr>
        <w:jc w:val="both"/>
      </w:pPr>
      <w:r>
        <w:rPr>
          <w:b w:val="0"/>
          <w:i w:val="0"/>
          <w:sz w:val="20"/>
        </w:rPr>
        <w:t>Em caso de inadimplemento de qualquer das partes, fica facultado à parte adimplente rescindir o presente contrato, retendo ou exigindo a devolução de valores pagos a título de sinal ou arras, a título de indenização, sem prejuízo de eventuais perdas e danos.</w:t>
      </w:r>
    </w:p>
    <w:p/>
    <w:p/>
    <w:p>
      <w:pPr>
        <w:jc w:val="left"/>
      </w:pPr>
      <w:r>
        <w:rPr>
          <w:b/>
          <w:sz w:val="22"/>
        </w:rPr>
        <w:t>CLÁUSULA 7ª – DO FORO</w:t>
      </w:r>
    </w:p>
    <w:p>
      <w:pPr>
        <w:jc w:val="both"/>
      </w:pPr>
      <w:r>
        <w:rPr>
          <w:b w:val="0"/>
          <w:i w:val="0"/>
          <w:sz w:val="20"/>
        </w:rPr>
        <w:t>Para dirimir quaisquer controvérsias oriundas deste contrato, as partes elegem o foro da comarca de ____________________________, com renúncia expressa a qualquer outro, por mais privilegiado que seja.</w:t>
      </w:r>
    </w:p>
    <w:p/>
    <w:p/>
    <w:p/>
    <w:p>
      <w:pPr>
        <w:jc w:val="center"/>
      </w:pPr>
      <w:r>
        <w:rPr>
          <w:b w:val="0"/>
          <w:i w:val="0"/>
          <w:sz w:val="20"/>
        </w:rPr>
        <w:t>E por estarem justos e contratados, firmam o presente contrato em 2 (duas) vias de igual teor e forma, na presença de duas testemunhas.</w:t>
      </w:r>
    </w:p>
    <w:p/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Vendedor(a)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Comprador(a)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</w:t>
            </w:r>
          </w:p>
        </w:tc>
      </w:tr>
    </w:tbl>
    <w:p/>
    <w:p/>
    <w:p/>
    <w:p/>
    <w:p>
      <w:pPr>
        <w:jc w:val="both"/>
      </w:pPr>
      <w:r>
        <w:rPr>
          <w:b/>
          <w:i w:val="0"/>
          <w:sz w:val="20"/>
        </w:rPr>
        <w:t>Testemunhas: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 xml:space="preserve">Nome: __________________________________ </w:t>
            </w:r>
          </w:p>
          <w:p>
            <w:r>
              <w:t xml:space="preserve">CPF: __________________________________ 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 xml:space="preserve">Nome: __________________________________ </w:t>
            </w:r>
          </w:p>
          <w:p>
            <w:r>
              <w:t xml:space="preserve">CPF: __________________________________ 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https://modelos-br.com/compra-e-venda-de-moto/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mpra-e-venda-de-mot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