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CONTRARRAZÕES DE APELAÇÃO CRIMINAL</w:t>
      </w:r>
    </w:p>
    <w:p/>
    <w:p/>
    <w:p>
      <w:r>
        <w:rPr>
          <w:b w:val="0"/>
          <w:sz w:val="20"/>
        </w:rPr>
        <w:t>EXCELENTÍSSIMO(A) SENHOR(A) DESEMBARGADOR(A) PRESIDENTE DO TRIBUNAL DE JUSTIÇA DO ESTADO ________________</w:t>
      </w:r>
    </w:p>
    <w:p/>
    <w:p>
      <w:r>
        <w:rPr>
          <w:b w:val="0"/>
          <w:sz w:val="20"/>
        </w:rPr>
        <w:t>Processo nº: ______________________</w:t>
      </w:r>
    </w:p>
    <w:p>
      <w:r>
        <w:rPr>
          <w:b w:val="0"/>
          <w:sz w:val="20"/>
        </w:rPr>
        <w:t>Apelante: _________________________________________________</w:t>
      </w:r>
    </w:p>
    <w:p>
      <w:r>
        <w:rPr>
          <w:b w:val="0"/>
          <w:sz w:val="20"/>
        </w:rPr>
        <w:t>Apelado: _________________________________________________</w:t>
      </w:r>
    </w:p>
    <w:p/>
    <w:p>
      <w:r>
        <w:rPr>
          <w:b/>
          <w:sz w:val="20"/>
        </w:rPr>
        <w:t>COLENDA CÂMARA,</w:t>
      </w:r>
    </w:p>
    <w:p/>
    <w:p>
      <w:r>
        <w:rPr>
          <w:b/>
          <w:sz w:val="20"/>
        </w:rPr>
        <w:t>EGRÉGIO TRIBUNAL,</w:t>
      </w:r>
    </w:p>
    <w:p/>
    <w:p>
      <w:r>
        <w:rPr>
          <w:b/>
          <w:sz w:val="20"/>
        </w:rPr>
        <w:t>COLENDA TURMA,</w:t>
      </w:r>
    </w:p>
    <w:p/>
    <w:p>
      <w:r>
        <w:rPr>
          <w:b/>
          <w:sz w:val="20"/>
        </w:rPr>
        <w:t>NOBRES JULGADORES,</w:t>
      </w:r>
    </w:p>
    <w:p/>
    <w:p>
      <w:r>
        <w:rPr>
          <w:b/>
          <w:sz w:val="22"/>
        </w:rPr>
        <w:t>I – SÍNTESE PROCESSUAL</w:t>
      </w:r>
    </w:p>
    <w:p/>
    <w:p>
      <w:r>
        <w:rPr>
          <w:b w:val="0"/>
          <w:sz w:val="20"/>
        </w:rPr>
        <w:t>Trata-se de apelação criminal interposta pelo apelante contra sentença condenatória proferida nos autos do processo em epígrafe, que o condenou pela prática do crime previsto no artigo __________ do Código Penal.</w:t>
      </w:r>
    </w:p>
    <w:p/>
    <w:p>
      <w:r>
        <w:rPr>
          <w:b w:val="0"/>
          <w:sz w:val="20"/>
        </w:rPr>
        <w:t>A sentença foi devidamente fundamentada, estando lastreada em provas robustas e suficientes para a convicção do juízo a quo.</w:t>
      </w:r>
    </w:p>
    <w:p/>
    <w:p>
      <w:r>
        <w:rPr>
          <w:b/>
          <w:sz w:val="22"/>
        </w:rPr>
        <w:t>II – DOS FATOS</w:t>
      </w:r>
    </w:p>
    <w:p/>
    <w:p>
      <w:r>
        <w:rPr>
          <w:b w:val="0"/>
          <w:sz w:val="20"/>
        </w:rPr>
        <w:t>O apelante foi denunciado pela suposta prática do crime de ____________, conforme narra a denúncia ofertada pelo Ministério Público.</w:t>
      </w:r>
    </w:p>
    <w:p>
      <w:r>
        <w:rPr>
          <w:b w:val="0"/>
          <w:sz w:val="20"/>
        </w:rPr>
        <w:t>Durante a instrução processual, restou demonstrado que os elementos de prova colhidos são consistentes e indicam a materialidade e autoria do delito, não restando dúvidas quanto ao envolvimento do apelante.</w:t>
      </w:r>
    </w:p>
    <w:p/>
    <w:p>
      <w:r>
        <w:rPr>
          <w:b/>
          <w:sz w:val="22"/>
        </w:rPr>
        <w:t>III – DO DIREITO</w:t>
      </w:r>
    </w:p>
    <w:p/>
    <w:p>
      <w:r>
        <w:rPr>
          <w:b w:val="0"/>
          <w:sz w:val="20"/>
        </w:rPr>
        <w:t>1. DA LEGALIDADE DA SENTENÇA</w:t>
      </w:r>
    </w:p>
    <w:p/>
    <w:p>
      <w:r>
        <w:rPr>
          <w:b w:val="0"/>
          <w:sz w:val="20"/>
        </w:rPr>
        <w:t>A sentença atacada encontra-se em conformidade com o ordenamento jurídico vigente, respeitando os princípios constitucionais do contraditório, ampla defesa e devido processo legal.</w:t>
      </w:r>
    </w:p>
    <w:p>
      <w:r>
        <w:rPr>
          <w:b w:val="0"/>
          <w:sz w:val="20"/>
        </w:rPr>
        <w:t>O juízo a quo analisou detidamente as provas carreadas aos autos, sobretudo os depoimentos das testemunhas, documentos e demais elementos, fundamentando adequadamente a condenação.</w:t>
      </w:r>
    </w:p>
    <w:p/>
    <w:p>
      <w:r>
        <w:rPr>
          <w:b w:val="0"/>
          <w:sz w:val="20"/>
        </w:rPr>
        <w:t>2. DA INEXISTÊNCIA DE NULIDADES</w:t>
      </w:r>
    </w:p>
    <w:p/>
    <w:p>
      <w:r>
        <w:rPr>
          <w:b w:val="0"/>
          <w:sz w:val="20"/>
        </w:rPr>
        <w:t>Não há que se falar em nulidade processual, pois todos os atos foram regularmente praticados, com observância das formalidades legais.</w:t>
      </w:r>
    </w:p>
    <w:p>
      <w:r>
        <w:rPr>
          <w:b w:val="0"/>
          <w:sz w:val="20"/>
        </w:rPr>
        <w:t>Eventuais alegações de cerceamento de defesa são infundadas e não encontram respaldo nos autos.</w:t>
      </w:r>
    </w:p>
    <w:p/>
    <w:p>
      <w:r>
        <w:rPr>
          <w:b w:val="0"/>
          <w:sz w:val="20"/>
        </w:rPr>
        <w:t>3. DA SUFICIÊNCIA DAS PROVAS</w:t>
      </w:r>
    </w:p>
    <w:p/>
    <w:p>
      <w:r>
        <w:rPr>
          <w:b w:val="0"/>
          <w:sz w:val="20"/>
        </w:rPr>
        <w:t>As provas colhidas são suficientes para a condenação do apelante, afastando qualquer dúvida razoável acerca da sua culpa.</w:t>
      </w:r>
    </w:p>
    <w:p>
      <w:r>
        <w:rPr>
          <w:b w:val="0"/>
          <w:sz w:val="20"/>
        </w:rPr>
        <w:t>O conjunto probatório demonstra, de forma clara e concreta, o cometimento do delito imputado.</w:t>
      </w:r>
    </w:p>
    <w:p/>
    <w:p>
      <w:r>
        <w:rPr>
          <w:b w:val="0"/>
          <w:sz w:val="20"/>
        </w:rPr>
        <w:t>4. DA DOSIMETRIA DA PENA</w:t>
      </w:r>
    </w:p>
    <w:p/>
    <w:p>
      <w:r>
        <w:rPr>
          <w:b w:val="0"/>
          <w:sz w:val="20"/>
        </w:rPr>
        <w:t>A dosimetria da pena foi realizada com observância dos parâmetros legais, considerando-se as circunstâncias judiciais previstas no artigo 59 do Código Penal.</w:t>
      </w:r>
    </w:p>
    <w:p>
      <w:r>
        <w:rPr>
          <w:b w:val="0"/>
          <w:sz w:val="20"/>
        </w:rPr>
        <w:t>Não há excessos ou equívocos a serem corrigidos.</w:t>
      </w:r>
    </w:p>
    <w:p/>
    <w:p>
      <w:r>
        <w:rPr>
          <w:b/>
          <w:sz w:val="22"/>
        </w:rPr>
        <w:t>IV – DOS PEDIDOS</w:t>
      </w:r>
    </w:p>
    <w:p/>
    <w:p>
      <w:r>
        <w:rPr>
          <w:b w:val="0"/>
          <w:sz w:val="20"/>
        </w:rPr>
        <w:t>Diante do exposto, requer-se a este Egrégio Tribunal que sejam negados provimento à apelação interposta, mantendo-se integralmente a sentença condenatória proferida pelo juízo de primeiro grau, por seus próprios fundamentos e pela justiça do caso.</w:t>
      </w:r>
    </w:p>
    <w:p/>
    <w:p>
      <w:r>
        <w:rPr>
          <w:b/>
          <w:sz w:val="20"/>
        </w:rPr>
        <w:t>Nestes termos,</w:t>
      </w:r>
    </w:p>
    <w:p>
      <w:r>
        <w:rPr>
          <w:b w:val="0"/>
          <w:sz w:val="20"/>
        </w:rPr>
        <w:t>Pede deferimento.</w:t>
      </w:r>
    </w:p>
    <w:p/>
    <w:p>
      <w:r>
        <w:rPr>
          <w:b w:val="0"/>
          <w:sz w:val="20"/>
        </w:rPr>
        <w:t>__________________________, ______________________</w:t>
      </w:r>
    </w:p>
    <w:p>
      <w:r>
        <w:rPr>
          <w:b w:val="0"/>
          <w:sz w:val="20"/>
        </w:rPr>
        <w:t>Local                                      Data</w:t>
      </w:r>
    </w:p>
    <w:p/>
    <w:p>
      <w:r>
        <w:rPr>
          <w:b w:val="0"/>
          <w:sz w:val="20"/>
        </w:rPr>
        <w:t>______________________________________________</w:t>
      </w:r>
    </w:p>
    <w:p>
      <w:r>
        <w:rPr>
          <w:b w:val="0"/>
          <w:sz w:val="20"/>
        </w:rPr>
        <w:t>Advogado(a)</w:t>
      </w:r>
    </w:p>
    <w:p>
      <w:r>
        <w:rPr>
          <w:b w:val="0"/>
          <w:sz w:val="20"/>
        </w:rPr>
        <w:t>OAB/___ Nº _________</w:t>
      </w:r>
    </w:p>
    <w:p>
      <w:r>
        <w:br w:type="page"/>
      </w:r>
    </w:p>
    <w:p>
      <w:pPr>
        <w:jc w:val="center"/>
      </w:pPr>
      <w:r>
        <w:rPr>
          <w:color w:val="555555"/>
          <w:sz w:val="24"/>
        </w:rPr>
        <w:t>Fonte original deste documento: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https://modelos-br.com/contrarrazoes-apelacao-criminal/</w:t>
        </w:r>
      </w:hyperlink>
    </w:p>
    <w:p>
      <w:pPr>
        <w:jc w:val="center"/>
      </w:pPr>
      <w:r>
        <w:rPr>
          <w:color w:val="555555"/>
          <w:sz w:val="26"/>
        </w:rPr>
        <w:t>Este modelo foi útil para você?</w:t>
      </w:r>
    </w:p>
    <w:p>
      <w:pPr>
        <w:jc w:val="center"/>
      </w:pPr>
      <w:r>
        <w:rPr>
          <w:color w:val="555555"/>
          <w:sz w:val="26"/>
        </w:rPr>
        <w:t>Encontre outros modelos atualizados em: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https://modelos-br.com</w:t>
        </w:r>
      </w:hyperlink>
    </w:p>
    <w:p>
      <w:pPr>
        <w:jc w:val="center"/>
      </w:pPr>
      <w:r>
        <w:rPr>
          <w:color w:val="808080"/>
          <w:sz w:val="20"/>
        </w:rPr>
        <w:t>Este modelo é destinado exclusivamente para uso pessoal e não comercial.</w:t>
        <w:br/>
        <w:t>Ao compartilhar ou publicar, a citação da fonte é obrigatória. © modelos-br.com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modelos-br.com/contrarrazoes-apelacao-criminal/" TargetMode="External"/><Relationship Id="rId10" Type="http://schemas.openxmlformats.org/officeDocument/2006/relationships/hyperlink" Target="https://modelos-br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