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LOCAÇÃO DE IMÓVEL RESIDENCIAL</w:t>
      </w:r>
    </w:p>
    <w:p/>
    <w:p/>
    <w:p>
      <w:pPr>
        <w:ind w:firstLine="425"/>
      </w:pPr>
      <w:r>
        <w:rPr>
          <w:b w:val="0"/>
          <w:sz w:val="22"/>
        </w:rPr>
        <w:t>LOCADOR: ________________________________________________________________, nacionalidade ______________, estado civil ______________, profissão ______________, portador(a) do CPF nº ______________ e RG nº ______________, residente e domiciliado(a) na ________________________________________________________________, doravante denominado(a) simplesmente LOCADOR;</w:t>
        <w:br/>
        <w:br/>
        <w:t>LOCATÁRIO: ______________________________________________________________, nacionalidade ______________, estado civil ______________, profissão ______________, portador(a) do CPF nº ______________ e RG nº ______________, residente e domiciliado(a) na ________________________________________________________________, doravante denominado(a) simplesmente LOCATÁRIO;</w:t>
        <w:br/>
        <w:br/>
        <w:t>As partes acima identificadas têm, entre si, justo e acertado o presente Contrato de Locação de Imóvel Residencial, que se regerá pelas cláusulas e condições seguintes e pela legislação aplicável, especialmente a Lei nº 8.245/91.</w:t>
      </w:r>
    </w:p>
    <w:p/>
    <w:p/>
    <w:p>
      <w:r>
        <w:rPr>
          <w:b/>
          <w:sz w:val="22"/>
        </w:rPr>
        <w:t>CLÁUSULA 1ª – DO OBJETO</w:t>
      </w:r>
    </w:p>
    <w:p>
      <w:pPr>
        <w:ind w:firstLine="425"/>
      </w:pPr>
      <w:r>
        <w:rPr>
          <w:b w:val="0"/>
          <w:sz w:val="22"/>
        </w:rPr>
        <w:t>O LOCADOR dá em locação ao LOCATÁRIO o imóvel residencial situado à _______________________________________________________________, com as seguintes características: ____________________________________________________.</w:t>
      </w:r>
    </w:p>
    <w:p/>
    <w:p>
      <w:r>
        <w:rPr>
          <w:b/>
          <w:sz w:val="22"/>
        </w:rPr>
        <w:t>CLÁUSULA 2ª – DA DESTINAÇÃO</w:t>
      </w:r>
    </w:p>
    <w:p>
      <w:pPr>
        <w:ind w:firstLine="425"/>
      </w:pPr>
      <w:r>
        <w:rPr>
          <w:b w:val="0"/>
          <w:sz w:val="22"/>
        </w:rPr>
        <w:t>O imóvel objeto deste contrato destina-se exclusivamente para uso residencial do LOCATÁRIO e sua família, sendo vedada a utilização para quaisquer outras finalidades, sob pena de rescisão contratual.</w:t>
      </w:r>
    </w:p>
    <w:p/>
    <w:p>
      <w:r>
        <w:rPr>
          <w:b/>
          <w:sz w:val="22"/>
        </w:rPr>
        <w:t>CLÁUSULA 3ª – DO PRAZO</w:t>
      </w:r>
    </w:p>
    <w:p>
      <w:pPr>
        <w:ind w:firstLine="425"/>
      </w:pPr>
      <w:r>
        <w:rPr>
          <w:b w:val="0"/>
          <w:sz w:val="22"/>
        </w:rPr>
        <w:t>O prazo da locação é de _____ (__________) meses, iniciando-se na data da assinatura deste contrato e terminando no dia __/__/____, sendo automaticamente renovado por prazo indeterminado, salvo denúncia por qualquer das partes nos termos da lei.</w:t>
      </w:r>
    </w:p>
    <w:p/>
    <w:p>
      <w:r>
        <w:rPr>
          <w:b/>
          <w:sz w:val="22"/>
        </w:rPr>
        <w:t>CLÁUSULA 4ª – DO ALUGUEL</w:t>
      </w:r>
    </w:p>
    <w:p>
      <w:pPr>
        <w:ind w:firstLine="425"/>
      </w:pPr>
      <w:r>
        <w:rPr>
          <w:b w:val="0"/>
          <w:sz w:val="22"/>
        </w:rPr>
        <w:t>O aluguel mensal será de R$ ______________ (______________________), pagável até o dia ___ (___) de cada mês, mediante depósito em conta bancária indicada pelo LOCADOR ou outro meio acordado entre as partes.</w:t>
      </w:r>
    </w:p>
    <w:p/>
    <w:p>
      <w:r>
        <w:rPr>
          <w:b/>
          <w:sz w:val="22"/>
        </w:rPr>
        <w:t>CLÁUSULA 5ª – DO REAJUSTE</w:t>
      </w:r>
    </w:p>
    <w:p>
      <w:pPr>
        <w:ind w:firstLine="425"/>
      </w:pPr>
      <w:r>
        <w:rPr>
          <w:b w:val="0"/>
          <w:sz w:val="22"/>
        </w:rPr>
        <w:t>O aluguel será reajustado anualmente pelo índice do IGPM/FGV ou, na ausência deste, por outro índice oficial que venha a substituí-lo.</w:t>
      </w:r>
    </w:p>
    <w:p/>
    <w:p>
      <w:r>
        <w:rPr>
          <w:b/>
          <w:sz w:val="22"/>
        </w:rPr>
        <w:t>CLÁUSULA 6ª – DOS ENCARGOS</w:t>
      </w:r>
    </w:p>
    <w:p>
      <w:pPr>
        <w:ind w:firstLine="425"/>
      </w:pPr>
      <w:r>
        <w:rPr>
          <w:b w:val="0"/>
          <w:sz w:val="22"/>
        </w:rPr>
        <w:t>Ficam a cargo do LOCATÁRIO todas as despesas relativas a consumo de água, energia elétrica, gás, taxas de condomínio, impostos incidentes sobre o imóvel (IPTU), e demais encargos que recaiam sobre a utilização do imóvel.</w:t>
      </w:r>
    </w:p>
    <w:p/>
    <w:p>
      <w:r>
        <w:rPr>
          <w:b/>
          <w:sz w:val="22"/>
        </w:rPr>
        <w:t>CLÁUSULA 7ª – DA GARANTIA</w:t>
      </w:r>
    </w:p>
    <w:p>
      <w:pPr>
        <w:ind w:firstLine="425"/>
      </w:pPr>
      <w:r>
        <w:rPr>
          <w:b w:val="0"/>
          <w:sz w:val="22"/>
        </w:rPr>
        <w:t>Como garantia do cumprimento das obrigações contratuais, o LOCATÁRIO oferece ao LOCADOR: __________________________________________________________ (especificar tipo de garantia: caução, fiador, seguro fiança, etc.).</w:t>
      </w:r>
    </w:p>
    <w:p/>
    <w:p>
      <w:r>
        <w:rPr>
          <w:b/>
          <w:sz w:val="22"/>
        </w:rPr>
        <w:t>CLÁUSULA 8ª – DA CONSERVAÇÃO E REPAROS</w:t>
      </w:r>
    </w:p>
    <w:p>
      <w:pPr>
        <w:ind w:firstLine="425"/>
      </w:pPr>
      <w:r>
        <w:rPr>
          <w:b w:val="0"/>
          <w:sz w:val="22"/>
        </w:rPr>
        <w:t>O LOCATÁRIO obriga-se a conservar o imóvel locado, realizando os reparos necessários decorrentes do seu uso normal, excluindo-se os reparos estruturais e de responsabilidade do LOCADOR.</w:t>
      </w:r>
    </w:p>
    <w:p/>
    <w:p>
      <w:r>
        <w:rPr>
          <w:b/>
          <w:sz w:val="22"/>
        </w:rPr>
        <w:t>CLÁUSULA 9ª – DA VISTORIA</w:t>
      </w:r>
    </w:p>
    <w:p>
      <w:pPr>
        <w:ind w:firstLine="425"/>
      </w:pPr>
      <w:r>
        <w:rPr>
          <w:b w:val="0"/>
          <w:sz w:val="22"/>
        </w:rPr>
        <w:t>Fica facultado às partes realizar vistoria no imóvel no ato da entrega das chaves, lavrando-se termo circunstanciado que descreverá o estado do imóvel.</w:t>
      </w:r>
    </w:p>
    <w:p/>
    <w:p>
      <w:r>
        <w:rPr>
          <w:b/>
          <w:sz w:val="22"/>
        </w:rPr>
        <w:t>CLÁUSULA 10ª – DA RESCISÃO</w:t>
      </w:r>
    </w:p>
    <w:p>
      <w:pPr>
        <w:ind w:firstLine="425"/>
      </w:pPr>
      <w:r>
        <w:rPr>
          <w:b w:val="0"/>
          <w:sz w:val="22"/>
        </w:rPr>
        <w:t>O presente contrato poderá ser rescindido por qualquer das partes, mediante aviso prévio por escrito com antecedência mínima de 30 (trinta) dias, observadas as disposições legais aplicáveis.</w:t>
      </w:r>
    </w:p>
    <w:p/>
    <w:p>
      <w:r>
        <w:rPr>
          <w:b/>
          <w:sz w:val="22"/>
        </w:rPr>
        <w:t>CLÁUSULA 11ª – DA MULTA POR INADIMPLEMENTO</w:t>
      </w:r>
    </w:p>
    <w:p>
      <w:pPr>
        <w:ind w:firstLine="425"/>
      </w:pPr>
      <w:r>
        <w:rPr>
          <w:b w:val="0"/>
          <w:sz w:val="22"/>
        </w:rPr>
        <w:t>Em caso de atraso no pagamento do aluguel e encargos, o LOCATÁRIO pagará multa de 10% (dez por cento) sobre o valor devido, mais juros moratórios de 1% (um por cento) ao mês e correção monetária.</w:t>
      </w:r>
    </w:p>
    <w:p/>
    <w:p>
      <w:r>
        <w:rPr>
          <w:b/>
          <w:sz w:val="22"/>
        </w:rPr>
        <w:t>CLÁUSULA 12ª – DAS DISPOSIÇÕES GERAIS</w:t>
      </w:r>
    </w:p>
    <w:p>
      <w:pPr>
        <w:ind w:firstLine="425"/>
      </w:pPr>
      <w:r>
        <w:rPr>
          <w:b w:val="0"/>
          <w:sz w:val="22"/>
        </w:rPr>
        <w:t>12.1. O LOCATÁRIO não poderá ceder ou transferir, total ou parcialmente, o presente contrato sem prévia autorização por escrito do LOCADOR.</w:t>
        <w:br/>
        <w:t>12.2. É vedado ao LOCATÁRIO realizar obras ou modificações no imóvel sem consentimento prévio e por escrito do LOCADOR.</w:t>
        <w:br/>
        <w:t>12.3. O LOCADOR poderá vistoriar o imóvel mediante aviso prévio de 48 (quarenta e oito) horas.</w:t>
        <w:br/>
        <w:t>12.4. As partes elegem o foro da comarca de __________________________ para dirimir quaisquer dúvidas ou litígios decorrentes deste contrato.</w:t>
      </w:r>
    </w:p>
    <w:p/>
    <w:p/>
    <w:p>
      <w:pPr>
        <w:jc w:val="center"/>
      </w:pPr>
      <w:r>
        <w:rPr>
          <w:b w:val="0"/>
          <w:sz w:val="22"/>
        </w:rPr>
        <w:t>E, por estarem assim justos e contratados, assinam o presente contrato em duas vias de igual teor e forma, na presença de duas testemunhas.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</w:tcPr>
          <w:p>
            <w:r>
              <w:rPr>
                <w:b/>
              </w:rPr>
              <w:t>____________________________________</w:t>
            </w:r>
          </w:p>
        </w:tc>
        <w:tc>
          <w:tcPr>
            <w:tcW w:type="dxa" w:w="4986"/>
          </w:tcPr>
          <w:p>
            <w:r>
              <w:rPr>
                <w:b/>
              </w:rPr>
              <w:t>____________________________________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LOCADOR</w:t>
            </w:r>
          </w:p>
        </w:tc>
        <w:tc>
          <w:tcPr>
            <w:tcW w:type="dxa" w:w="4986"/>
          </w:tcPr>
          <w:p>
            <w:r>
              <w:rPr>
                <w:b/>
              </w:rPr>
              <w:t>LOCATÁRIO</w:t>
            </w:r>
          </w:p>
        </w:tc>
      </w:tr>
      <w:tr>
        <w:tc>
          <w:tcPr>
            <w:tcW w:type="dxa" w:w="4986"/>
          </w:tcPr>
          <w:p>
            <w:r>
              <w:rPr>
                <w:i/>
              </w:rPr>
              <w:t>Local: ______________________________</w:t>
            </w:r>
          </w:p>
        </w:tc>
        <w:tc>
          <w:tcPr>
            <w:tcW w:type="dxa" w:w="4986"/>
          </w:tcPr>
          <w:p>
            <w:r>
              <w:rPr>
                <w:i/>
              </w:rPr>
              <w:t>Data: ______________________________</w:t>
            </w:r>
          </w:p>
        </w:tc>
      </w:tr>
    </w:tbl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</w:tcPr>
          <w:p>
            <w:r>
              <w:rPr>
                <w:b/>
              </w:rPr>
              <w:t>____________________________________</w:t>
            </w:r>
          </w:p>
        </w:tc>
        <w:tc>
          <w:tcPr>
            <w:tcW w:type="dxa" w:w="4986"/>
          </w:tcPr>
          <w:p>
            <w:r>
              <w:rPr>
                <w:b/>
              </w:rPr>
              <w:t>____________________________________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Testemunha 1</w:t>
            </w:r>
          </w:p>
        </w:tc>
        <w:tc>
          <w:tcPr>
            <w:tcW w:type="dxa" w:w="4986"/>
          </w:tcPr>
          <w:p>
            <w:r>
              <w:rPr>
                <w:b/>
              </w:rPr>
              <w:t>Testemunha 2</w:t>
            </w:r>
          </w:p>
        </w:tc>
      </w:tr>
      <w:tr>
        <w:tc>
          <w:tcPr>
            <w:tcW w:type="dxa" w:w="4986"/>
          </w:tcPr>
          <w:p>
            <w:r>
              <w:rPr>
                <w:i/>
              </w:rPr>
              <w:t>CPF: ______________________________</w:t>
            </w:r>
          </w:p>
        </w:tc>
        <w:tc>
          <w:tcPr>
            <w:tcW w:type="dxa" w:w="4986"/>
          </w:tcPr>
          <w:p>
            <w:r>
              <w:rPr>
                <w:i/>
              </w:rPr>
              <w:t>CPF: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https://modelos-br.com/contrato-de-aluguel/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de-alugue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