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DE BUFFET</w:t>
      </w:r>
    </w:p>
    <w:p/>
    <w:p>
      <w:r>
        <w:rPr>
          <w:b w:val="0"/>
          <w:sz w:val="20"/>
        </w:rPr>
        <w:t>Pelo presente instrumento particular de contrato, de um lado,</w:t>
      </w:r>
    </w:p>
    <w:p>
      <w:r>
        <w:rPr>
          <w:b w:val="0"/>
          <w:sz w:val="20"/>
        </w:rPr>
        <w:t>CONTRATANTE: ____________________________________________________________,</w:t>
      </w:r>
    </w:p>
    <w:p>
      <w:r>
        <w:rPr>
          <w:b w:val="0"/>
          <w:sz w:val="20"/>
        </w:rPr>
        <w:t>nacionalidade: ____________________, estado civil: ________________________,</w:t>
      </w:r>
    </w:p>
    <w:p>
      <w:r>
        <w:rPr>
          <w:b w:val="0"/>
          <w:sz w:val="20"/>
        </w:rPr>
        <w:t>profissão: ________________________, portador(a) do RG nº ______________ e CPF nº ________________, residente e domiciliado(a) à ________________________________________________________, doravante denominado(a) CONTRATANTE;</w:t>
      </w:r>
    </w:p>
    <w:p/>
    <w:p>
      <w:r>
        <w:rPr>
          <w:b w:val="0"/>
          <w:sz w:val="20"/>
        </w:rPr>
        <w:t>e, de outro lado,</w:t>
      </w:r>
    </w:p>
    <w:p>
      <w:r>
        <w:rPr>
          <w:b w:val="0"/>
          <w:sz w:val="20"/>
        </w:rPr>
        <w:t>CONTRATADO: ____________________________________________________________,</w:t>
      </w:r>
    </w:p>
    <w:p>
      <w:r>
        <w:rPr>
          <w:b w:val="0"/>
          <w:sz w:val="20"/>
        </w:rPr>
        <w:t>inscrito no CNPJ sob nº ________________, com sede à ________________________________________________________, neste ato representado por seu representante legal, doravante denominado CONTRATADO;</w:t>
      </w:r>
    </w:p>
    <w:p/>
    <w:p>
      <w:r>
        <w:rPr>
          <w:b w:val="0"/>
          <w:sz w:val="20"/>
        </w:rPr>
        <w:t>resolvem celebrar o presente CONTRATO DE PRESTAÇÃO DE SERVIÇOS DE BUFFET, que se regerá pelas cláusulas e condições seguintes:</w:t>
      </w:r>
    </w:p>
    <w:p/>
    <w:p/>
    <w:p>
      <w:r>
        <w:rPr>
          <w:b/>
          <w:sz w:val="22"/>
        </w:rPr>
        <w:t>CLÁUSULA 1ª – OBJETO</w:t>
      </w:r>
    </w:p>
    <w:p>
      <w:r>
        <w:rPr>
          <w:b w:val="0"/>
          <w:sz w:val="20"/>
        </w:rPr>
        <w:t>O presente contrato tem como objeto a prestação dos serviços de buffet, incluindo fornecimento de alimentos, bebidas, equipamentos e pessoal necessário para a realização do evento descrito neste contrato pelo CONTRATANTE.</w:t>
      </w:r>
    </w:p>
    <w:p/>
    <w:p>
      <w:r>
        <w:rPr>
          <w:b/>
          <w:sz w:val="22"/>
        </w:rPr>
        <w:t>CLÁUSULA 2ª – DESCRIÇÃO DO EVENTO</w:t>
      </w:r>
    </w:p>
    <w:p>
      <w:r>
        <w:rPr>
          <w:b w:val="0"/>
          <w:sz w:val="20"/>
        </w:rPr>
        <w:t>O evento será realizado no dia ___/___/____, no local __________________________________________________, com início previsto para as ___ horas e término às ___ horas.</w:t>
      </w:r>
    </w:p>
    <w:p>
      <w:r>
        <w:rPr>
          <w:b w:val="0"/>
          <w:sz w:val="20"/>
        </w:rPr>
        <w:t>Número aproximado de convidados: ___________.</w:t>
      </w:r>
    </w:p>
    <w:p>
      <w:r>
        <w:rPr>
          <w:b w:val="0"/>
          <w:sz w:val="20"/>
        </w:rPr>
        <w:t>Tipo de evento: __________________________________________________________.</w:t>
      </w:r>
    </w:p>
    <w:p/>
    <w:p>
      <w:r>
        <w:rPr>
          <w:b/>
          <w:sz w:val="22"/>
        </w:rPr>
        <w:t>CLÁUSULA 3ª – SERVIÇOS INCLUÍDOS</w:t>
      </w:r>
    </w:p>
    <w:p>
      <w:r>
        <w:rPr>
          <w:b w:val="0"/>
          <w:sz w:val="20"/>
        </w:rPr>
        <w:t>3.1. Fornecimento de alimentos e bebidas conforme cardápio previamente acordado entre as partes;</w:t>
      </w:r>
    </w:p>
    <w:p>
      <w:r>
        <w:rPr>
          <w:b w:val="0"/>
          <w:sz w:val="20"/>
        </w:rPr>
        <w:t>3.2. Disponibilização de equipe de garçons, cozinheiros e auxiliares necessários para atendimento durante o evento;</w:t>
      </w:r>
    </w:p>
    <w:p>
      <w:r>
        <w:rPr>
          <w:b w:val="0"/>
          <w:sz w:val="20"/>
        </w:rPr>
        <w:t>3.3. Fornecimento de equipamentos, utensílios e materiais para a execução dos serviços;</w:t>
      </w:r>
    </w:p>
    <w:p>
      <w:r>
        <w:rPr>
          <w:b w:val="0"/>
          <w:sz w:val="20"/>
        </w:rPr>
        <w:t>3.4. Montagem, organização e desmontagem do buffet no local do evento.</w:t>
      </w:r>
    </w:p>
    <w:p/>
    <w:p>
      <w:r>
        <w:rPr>
          <w:b/>
          <w:sz w:val="22"/>
        </w:rPr>
        <w:t>CLÁUSULA 4ª – OBRIGAÇÕES DO CONTRATANTE</w:t>
      </w:r>
    </w:p>
    <w:p>
      <w:r>
        <w:rPr>
          <w:b w:val="0"/>
          <w:sz w:val="20"/>
        </w:rPr>
        <w:t>4.1. Disponibilizar o local adequado para a realização do evento, com infraestrutura necessária para a execução dos serviços;</w:t>
      </w:r>
    </w:p>
    <w:p>
      <w:r>
        <w:rPr>
          <w:b w:val="0"/>
          <w:sz w:val="20"/>
        </w:rPr>
        <w:t>4.2. Efetuar o pagamento conforme cláusula 6ª;</w:t>
      </w:r>
    </w:p>
    <w:p>
      <w:r>
        <w:rPr>
          <w:b w:val="0"/>
          <w:sz w:val="20"/>
        </w:rPr>
        <w:t>4.3. Comunicar ao CONTRATADO qualquer alteração relacionada ao evento com antecedência mínima de 7 (sete) dias;</w:t>
      </w:r>
    </w:p>
    <w:p>
      <w:r>
        <w:rPr>
          <w:b w:val="0"/>
          <w:sz w:val="20"/>
        </w:rPr>
        <w:t>4.4. Fornecer informações corretas e suficientes para a realização dos serviços.</w:t>
      </w:r>
    </w:p>
    <w:p/>
    <w:p>
      <w:r>
        <w:rPr>
          <w:b/>
          <w:sz w:val="22"/>
        </w:rPr>
        <w:t>CLÁUSULA 5ª – OBRIGAÇÕES DO CONTRATADO</w:t>
      </w:r>
    </w:p>
    <w:p>
      <w:r>
        <w:rPr>
          <w:b w:val="0"/>
          <w:sz w:val="20"/>
        </w:rPr>
        <w:t>5.1. Prestar os serviços conforme as especificações deste contrato e normas sanitárias vigentes;</w:t>
      </w:r>
    </w:p>
    <w:p>
      <w:r>
        <w:rPr>
          <w:b w:val="0"/>
          <w:sz w:val="20"/>
        </w:rPr>
        <w:t>5.2. Garantir a qualidade e procedência dos alimentos e bebidas fornecidos;</w:t>
      </w:r>
    </w:p>
    <w:p>
      <w:r>
        <w:rPr>
          <w:b w:val="0"/>
          <w:sz w:val="20"/>
        </w:rPr>
        <w:t>5.3. Responsabilizar-se por toda a equipe envolvida na prestação dos serviços;</w:t>
      </w:r>
    </w:p>
    <w:p>
      <w:r>
        <w:rPr>
          <w:b w:val="0"/>
          <w:sz w:val="20"/>
        </w:rPr>
        <w:t>5.4. Comparecer ao local do evento no horário estipulado para montagem e início dos serviços;</w:t>
      </w:r>
    </w:p>
    <w:p>
      <w:r>
        <w:rPr>
          <w:b w:val="0"/>
          <w:sz w:val="20"/>
        </w:rPr>
        <w:t>5.5. Executar a desmontagem e limpeza após o término do evento.</w:t>
      </w:r>
    </w:p>
    <w:p/>
    <w:p>
      <w:r>
        <w:rPr>
          <w:b/>
          <w:sz w:val="22"/>
        </w:rPr>
        <w:t>CLÁUSULA 6ª – PREÇO E FORMA DE PAGAMENTO</w:t>
      </w:r>
    </w:p>
    <w:p>
      <w:r>
        <w:rPr>
          <w:b w:val="0"/>
          <w:sz w:val="20"/>
        </w:rPr>
        <w:t>6.1. Pelo serviço ora contratado, o CONTRATANTE pagará ao CONTRATADO o valor total de R$ ____________________ (____________________________ reais);</w:t>
      </w:r>
    </w:p>
    <w:p>
      <w:r>
        <w:rPr>
          <w:b w:val="0"/>
          <w:sz w:val="20"/>
        </w:rPr>
        <w:t>6.2. O pagamento será efetuado da seguinte forma:</w:t>
      </w:r>
    </w:p>
    <w:p>
      <w:r>
        <w:rPr>
          <w:b w:val="0"/>
          <w:sz w:val="20"/>
        </w:rPr>
        <w:t xml:space="preserve">   a) Sinal de R$ _______________ na assinatura deste contrato;</w:t>
      </w:r>
    </w:p>
    <w:p>
      <w:r>
        <w:rPr>
          <w:b w:val="0"/>
          <w:sz w:val="20"/>
        </w:rPr>
        <w:t xml:space="preserve">   b) Saldo restante de R$ _______________ até ___ dias antes da data do evento;</w:t>
      </w:r>
    </w:p>
    <w:p>
      <w:r>
        <w:rPr>
          <w:b w:val="0"/>
          <w:sz w:val="20"/>
        </w:rPr>
        <w:t>6.3. Em caso de atraso no pagamento, incidirão juros de 1% (um por cento) ao mês e multa de 2% (dois por cento) sobre o valor devido.</w:t>
      </w:r>
    </w:p>
    <w:p/>
    <w:p>
      <w:r>
        <w:rPr>
          <w:b/>
          <w:sz w:val="22"/>
        </w:rPr>
        <w:t>CLÁUSULA 7ª – CANCELAMENTO E RESCISÃO</w:t>
      </w:r>
    </w:p>
    <w:p>
      <w:r>
        <w:rPr>
          <w:b w:val="0"/>
          <w:sz w:val="20"/>
        </w:rPr>
        <w:t>7.1. O CONTRATANTE poderá cancelar o contrato mediante aviso por escrito com antecedência mínima de 15 (quinze) dias, ficando sujeito ao pagamento de multa de 20% (vinte por cento) do valor total contratado;</w:t>
      </w:r>
    </w:p>
    <w:p>
      <w:r>
        <w:rPr>
          <w:b w:val="0"/>
          <w:sz w:val="20"/>
        </w:rPr>
        <w:t>7.2. Cancelamentos com prazo inferior ao estipulado na cláusula 7.1 implicarão na retenção de 50% (cinquenta por cento) do valor total contratado;</w:t>
      </w:r>
    </w:p>
    <w:p>
      <w:r>
        <w:rPr>
          <w:b w:val="0"/>
          <w:sz w:val="20"/>
        </w:rPr>
        <w:t>7.3. O CONTRATADO poderá rescindir o contrato em caso de descumprimento das obrigações pelo CONTRATANTE, sem prejuízo da cobrança dos valores devidos;</w:t>
      </w:r>
    </w:p>
    <w:p>
      <w:r>
        <w:rPr>
          <w:b w:val="0"/>
          <w:sz w:val="20"/>
        </w:rPr>
        <w:t>7.4. Em caso de força maior que impossibilite a realização do evento, as partes negociarão as condições para reagendamento ou devolução dos valores pagos.</w:t>
      </w:r>
    </w:p>
    <w:p/>
    <w:p>
      <w:r>
        <w:rPr>
          <w:b/>
          <w:sz w:val="22"/>
        </w:rPr>
        <w:t>CLÁUSULA 8ª – RESPONSABILIDADES</w:t>
      </w:r>
    </w:p>
    <w:p>
      <w:r>
        <w:rPr>
          <w:b w:val="0"/>
          <w:sz w:val="20"/>
        </w:rPr>
        <w:t>8.1. O CONTRATADO não se responsabiliza por danos causados por terceiros ou por fatos alheios à sua vontade;</w:t>
      </w:r>
    </w:p>
    <w:p>
      <w:r>
        <w:rPr>
          <w:b w:val="0"/>
          <w:sz w:val="20"/>
        </w:rPr>
        <w:t>8.2. É de responsabilidade do CONTRATANTE garantir as condições legais e sanitárias do local do evento;</w:t>
      </w:r>
    </w:p>
    <w:p>
      <w:r>
        <w:rPr>
          <w:b w:val="0"/>
          <w:sz w:val="20"/>
        </w:rPr>
        <w:t>8.3. O CONTRATADO responderá por danos causados diretamente por seus empregados durante a prestação dos serviços;</w:t>
      </w:r>
    </w:p>
    <w:p>
      <w:r>
        <w:rPr>
          <w:b w:val="0"/>
          <w:sz w:val="20"/>
        </w:rPr>
        <w:t>8.4. O CONTRATANTE deverá comunicar ao CONTRATADO qualquer situação que possa comprometer a execução dos serviços.</w:t>
      </w:r>
    </w:p>
    <w:p/>
    <w:p>
      <w:r>
        <w:rPr>
          <w:b/>
          <w:sz w:val="22"/>
        </w:rPr>
        <w:t>CLÁUSULA 9ª – DISPOSIÇÕES GERAIS</w:t>
      </w:r>
    </w:p>
    <w:p>
      <w:r>
        <w:rPr>
          <w:b w:val="0"/>
          <w:sz w:val="20"/>
        </w:rPr>
        <w:t>9.1. O presente contrato não estabelece vínculo empregatício entre CONTRATANTE e funcionários do CONTRATADO;</w:t>
      </w:r>
    </w:p>
    <w:p>
      <w:r>
        <w:rPr>
          <w:b w:val="0"/>
          <w:sz w:val="20"/>
        </w:rPr>
        <w:t>9.2. Quaisquer alterações neste contrato deverão ser feitas por escrito, mediante aditivo assinado por ambas as partes;</w:t>
      </w:r>
    </w:p>
    <w:p>
      <w:r>
        <w:rPr>
          <w:b w:val="0"/>
          <w:sz w:val="20"/>
        </w:rPr>
        <w:t>9.3. As partes elegem o foro da comarca de __________________________ para dirimir quaisquer dúvidas ou litígios decorrentes deste contrato, com renúncia a qualquer outro, por mais privilegiado que seja.</w:t>
      </w:r>
    </w:p>
    <w:p/>
    <w:p/>
    <w:p>
      <w:r>
        <w:rPr>
          <w:b w:val="0"/>
          <w:sz w:val="20"/>
        </w:rPr>
        <w:t>E, por estarem justos e contratados, assinam o presente instrumento em 2 (duas) vias de igual teor e forma, na presença de 2 (duas) testemunhas.</w:t>
      </w:r>
    </w:p>
    <w:p/>
    <w:p/>
    <w:p/>
    <w:p/>
    <w:p>
      <w:r>
        <w:rPr>
          <w:b/>
        </w:rPr>
        <w:t>___________________________________________</w:t>
        <w:br/>
      </w:r>
      <w:r>
        <w:t>CONTRATANTE</w:t>
      </w:r>
    </w:p>
    <w:p/>
    <w:p/>
    <w:p/>
    <w:p>
      <w:r>
        <w:rPr>
          <w:b/>
        </w:rPr>
        <w:t>___________________________________________</w:t>
        <w:br/>
      </w:r>
      <w:r>
        <w:t>CONTRATADO</w:t>
      </w:r>
    </w:p>
    <w:p/>
    <w:p/>
    <w:p/>
    <w:p/>
    <w:p/>
    <w:p>
      <w:r>
        <w:rPr>
          <w:b/>
        </w:rPr>
        <w:t>Testemunhas:</w:t>
        <w:br/>
      </w:r>
    </w:p>
    <w:p>
      <w:r>
        <w:t>1) _________________________________________</w:t>
        <w:br/>
      </w:r>
      <w:r>
        <w:t>Nome:</w:t>
        <w:br/>
        <w:t>CPF:</w:t>
      </w:r>
    </w:p>
    <w:p/>
    <w:p/>
    <w:p>
      <w:r>
        <w:t>2) _________________________________________</w:t>
        <w:br/>
      </w:r>
      <w:r>
        <w:t>Nome:</w:t>
        <w:br/>
        <w:t>CPF: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https://modelos-br.com/contrato-de-buffet/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rato-de-buffet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