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COMODATO RURAL</w:t>
      </w:r>
    </w:p>
    <w:p/>
    <w:p/>
    <w:p>
      <w:r>
        <w:rPr>
          <w:b w:val="0"/>
          <w:i w:val="0"/>
          <w:sz w:val="22"/>
        </w:rPr>
        <w:t>Pelo presente instrumento particular de comodato, de um lado, como COMODANTE, ______________________________________________, nacionalidade ________________, estado civil ________________, profissão ____________________, portador(a) do CPF nº ____________________ e RG nº ____________________, residente e domiciliado(a) à ________________________________________________, e de outro lado, como COMODATÁRIO, ________________________________________________, nacionalidade ________________, estado civil ________________, profissão ____________________, portador(a) do CPF nº ____________________ e RG nº ____________________, residente e domiciliado(a) à ________________________________________________, têm entre si justo e contratado o que segue, que mutuamente outorgam e aceitam, conforme as cláusulas abaixo:</w:t>
      </w:r>
    </w:p>
    <w:p/>
    <w:p/>
    <w:p>
      <w:r>
        <w:rPr>
          <w:b/>
          <w:sz w:val="22"/>
        </w:rPr>
        <w:t>CLÁUSULA 1 – DO OBJETO</w:t>
      </w:r>
    </w:p>
    <w:p>
      <w:r>
        <w:rPr>
          <w:b w:val="0"/>
          <w:i w:val="0"/>
          <w:sz w:val="22"/>
        </w:rPr>
        <w:t>O COMODANTE entrega ao COMODATÁRIO, a título de comodato, o imóvel rural denominado __________________________________________________, localizado no município de ________________, estado de ________________, com as seguintes características e confrontações: ________________________________________________________________, para que este o utilize exclusivamente para fins rurais, especialmente para ____________________________________________________.</w:t>
      </w:r>
    </w:p>
    <w:p/>
    <w:p>
      <w:r>
        <w:rPr>
          <w:b/>
          <w:sz w:val="22"/>
        </w:rPr>
        <w:t>CLÁUSULA 2 – DO PRAZO</w:t>
      </w:r>
    </w:p>
    <w:p>
      <w:r>
        <w:rPr>
          <w:b w:val="0"/>
          <w:i w:val="0"/>
          <w:sz w:val="22"/>
        </w:rPr>
        <w:t>O presente contrato tem prazo de duração de __________________ (especificar prazo em meses ou anos), iniciando-se na data de assinatura deste instrumento, podendo ser prorrogado mediante acordo escrito entre as partes.</w:t>
      </w:r>
    </w:p>
    <w:p/>
    <w:p>
      <w:r>
        <w:rPr>
          <w:b/>
          <w:sz w:val="22"/>
        </w:rPr>
        <w:t>CLÁUSULA 3 – DA POSSE E USO</w:t>
      </w:r>
    </w:p>
    <w:p>
      <w:r>
        <w:rPr>
          <w:b w:val="0"/>
          <w:i w:val="0"/>
          <w:sz w:val="22"/>
        </w:rPr>
        <w:t>O COMODATÁRIO declara ter recebido o imóvel em perfeito estado para o uso a que se destina, obrigando-se a conservá-lo e a utilizá-lo exclusivamente para fins rurais, não podendo ceder, transferir, emprestar ou sublocar a terceiros, total ou parcialmente, sem prévia autorização por escrito do COMODANTE.</w:t>
      </w:r>
    </w:p>
    <w:p/>
    <w:p>
      <w:r>
        <w:rPr>
          <w:b/>
          <w:sz w:val="22"/>
        </w:rPr>
        <w:t>CLÁUSULA 4 – DAS BENFEITORIAS</w:t>
      </w:r>
    </w:p>
    <w:p>
      <w:r>
        <w:rPr>
          <w:b w:val="0"/>
          <w:i w:val="0"/>
          <w:sz w:val="22"/>
        </w:rPr>
        <w:t>As benfeitorias realizadas no imóvel pelo COMODATÁRIO, ainda que necessárias, não serão indenizáveis, ficando incorporadas ao imóvel, salvo se houver acordo em sentido contrário devidamente formalizado.</w:t>
      </w:r>
    </w:p>
    <w:p/>
    <w:p>
      <w:r>
        <w:rPr>
          <w:b/>
          <w:sz w:val="22"/>
        </w:rPr>
        <w:t>CLÁUSULA 5 – DA CONSERVAÇÃO E MANUTENÇÃO</w:t>
      </w:r>
    </w:p>
    <w:p>
      <w:r>
        <w:rPr>
          <w:b w:val="0"/>
          <w:i w:val="0"/>
          <w:sz w:val="22"/>
        </w:rPr>
        <w:t>O COMODATÁRIO obriga-se a conservar o imóvel em bom estado, realizando as manutenções necessárias, responsabilizando-se por quaisquer danos causados por sua culpa ou negligência.</w:t>
      </w:r>
    </w:p>
    <w:p/>
    <w:p>
      <w:r>
        <w:rPr>
          <w:b/>
          <w:sz w:val="22"/>
        </w:rPr>
        <w:t>CLÁUSULA 6 – DA VISITAÇÃO</w:t>
      </w:r>
    </w:p>
    <w:p>
      <w:r>
        <w:rPr>
          <w:b w:val="0"/>
          <w:i w:val="0"/>
          <w:sz w:val="22"/>
        </w:rPr>
        <w:t>O COMODANTE poderá vistoriar o imóvel sempre que julgar necessário, mediante aviso prévio razoável ao COMODATÁRIO.</w:t>
      </w:r>
    </w:p>
    <w:p/>
    <w:p>
      <w:r>
        <w:rPr>
          <w:b/>
          <w:sz w:val="22"/>
        </w:rPr>
        <w:t>CLÁUSULA 7 – DA DEVOLUÇÃO</w:t>
      </w:r>
    </w:p>
    <w:p>
      <w:r>
        <w:rPr>
          <w:b w:val="0"/>
          <w:i w:val="0"/>
          <w:sz w:val="22"/>
        </w:rPr>
        <w:t>Ao término do prazo contratual ou em caso de rescisão, o COMODATÁRIO deverá devolver o imóvel ao COMODANTE no estado em que o recebeu, ressalvadas as deteriorações decorrentes do uso normal e adequado.</w:t>
      </w:r>
    </w:p>
    <w:p/>
    <w:p>
      <w:r>
        <w:rPr>
          <w:b/>
          <w:sz w:val="22"/>
        </w:rPr>
        <w:t>CLÁUSULA 8 – DA RESCISÃO</w:t>
      </w:r>
    </w:p>
    <w:p>
      <w:r>
        <w:rPr>
          <w:b w:val="0"/>
          <w:i w:val="0"/>
          <w:sz w:val="22"/>
        </w:rPr>
        <w:t>O presente contrato poderá ser rescindido a qualquer tempo, mediante notificação por escrito com antecedência mínima de 30 (trinta) dias, sem prejuízo da responsabilidade por perdas e danos em caso de descumprimento de quaisquer cláusulas.</w:t>
      </w:r>
    </w:p>
    <w:p/>
    <w:p>
      <w:r>
        <w:rPr>
          <w:b/>
          <w:sz w:val="22"/>
        </w:rPr>
        <w:t>CLÁUSULA 9 – DAS OBRIGAÇÕES DO COMODANTE</w:t>
      </w:r>
    </w:p>
    <w:p>
      <w:r>
        <w:rPr>
          <w:b w:val="0"/>
          <w:i w:val="0"/>
          <w:sz w:val="22"/>
        </w:rPr>
        <w:t>O COMODANTE se obriga a entregar o imóvel livre e desembaraçado de quaisquer ônus ou gravames que possam impedir seu uso pelo COMODATÁRIO, bem como a garantir o uso pacífico do imóvel durante o prazo do comodato.</w:t>
      </w:r>
    </w:p>
    <w:p/>
    <w:p>
      <w:r>
        <w:rPr>
          <w:b/>
          <w:sz w:val="22"/>
        </w:rPr>
        <w:t>CLÁUSULA 10 – DAS OBRIGAÇÕES DO COMODATÁRIO</w:t>
      </w:r>
    </w:p>
    <w:p>
      <w:r>
        <w:rPr>
          <w:b w:val="0"/>
          <w:i w:val="0"/>
          <w:sz w:val="22"/>
        </w:rPr>
        <w:t>Além das obrigações já previstas, o COMODATÁRIO se compromete a respeitar a legislação ambiental e rural aplicável, não utilizando o imóvel para fins ilícitos ou contrários à sua destinação.</w:t>
      </w:r>
    </w:p>
    <w:p/>
    <w:p>
      <w:r>
        <w:rPr>
          <w:b/>
          <w:sz w:val="22"/>
        </w:rPr>
        <w:t>CLÁUSULA 11 – DA RESPONSABILIDADE POR TRIBUTOS E ENCARGOS</w:t>
      </w:r>
    </w:p>
    <w:p>
      <w:r>
        <w:rPr>
          <w:b w:val="0"/>
          <w:i w:val="0"/>
          <w:sz w:val="22"/>
        </w:rPr>
        <w:t>Fica a cargo do COMODATÁRIO o pagamento de todos os tributos, taxas, contribuições e demais encargos incidentes sobre o imóvel durante a vigência deste contrato, inclusive os decorrentes da atividade rural exercida.</w:t>
      </w:r>
    </w:p>
    <w:p/>
    <w:p>
      <w:r>
        <w:rPr>
          <w:b/>
          <w:sz w:val="22"/>
        </w:rPr>
        <w:t>CLÁUSULA 12 – DO FORO</w:t>
      </w:r>
    </w:p>
    <w:p>
      <w:r>
        <w:rPr>
          <w:b w:val="0"/>
          <w:i w:val="0"/>
          <w:sz w:val="22"/>
        </w:rPr>
        <w:t>Para dirimir quaisquer controvérsias oriundas deste contrato, as partes elegem o foro da comarca de ____________________________, renunciando a qualquer outro, por mais privilegiado que seja.</w:t>
      </w:r>
    </w:p>
    <w:p/>
    <w:p/>
    <w:p>
      <w:r>
        <w:rPr>
          <w:b w:val="0"/>
          <w:i w:val="0"/>
          <w:sz w:val="22"/>
        </w:rPr>
        <w:t>E por estarem assim justos e contratados, firmam o presente instrumento em 2 (duas) vias de igual teor e forma, na presença das testemunhas abaixo.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COMODANTE:</w:t>
              <w:br/>
              <w:br/>
              <w:br/>
              <w:br/>
              <w:t>______________________________</w:t>
              <w:br/>
              <w:t>Nome: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COMODATÁRIO:</w:t>
              <w:br/>
              <w:br/>
              <w:br/>
              <w:br/>
              <w:t>______________________________</w:t>
              <w:br/>
              <w:t>Nome: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 nº: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 nº: _______________________</w:t>
            </w:r>
          </w:p>
        </w:tc>
      </w:tr>
    </w:tbl>
    <w:p/>
    <w:p/>
    <w:p/>
    <w:p>
      <w:r>
        <w:rPr>
          <w:b/>
          <w:i w:val="0"/>
          <w:sz w:val="22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Nome:</w:t>
              <w:br/>
              <w:t>CPF nº:</w:t>
              <w:br/>
              <w:t>RG nº: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Nome:</w:t>
              <w:br/>
              <w:t>CPF nº:</w:t>
              <w:br/>
              <w:t>RG nº: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https://modelos-br.com/contrato-de-comodato-rural/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comodato-rur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