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 PARCELADA</w:t>
      </w:r>
    </w:p>
    <w:p/>
    <w:p/>
    <w:p>
      <w:pPr>
        <w:jc w:val="both"/>
      </w:pPr>
      <w:r>
        <w:rPr>
          <w:b/>
          <w:i w:val="0"/>
          <w:sz w:val="22"/>
        </w:rPr>
        <w:t>Pelo presente instrumento particular de Compra e Venda Parcelada, as partes abaixo qualificadas têm entre si justo e contratado o que segue:</w:t>
      </w:r>
    </w:p>
    <w:p/>
    <w:p>
      <w:pPr>
        <w:jc w:val="both"/>
      </w:pPr>
      <w:r>
        <w:rPr>
          <w:b/>
          <w:i w:val="0"/>
          <w:sz w:val="22"/>
        </w:rPr>
        <w:t>VENDEDOR:</w:t>
      </w:r>
    </w:p>
    <w:p>
      <w:pPr>
        <w:jc w:val="both"/>
      </w:pPr>
      <w:r>
        <w:rPr>
          <w:b w:val="0"/>
          <w:i w:val="0"/>
          <w:sz w:val="22"/>
        </w:rPr>
        <w:t>Nome: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COMPRADOR:</w:t>
      </w:r>
    </w:p>
    <w:p>
      <w:pPr>
        <w:jc w:val="both"/>
      </w:pPr>
      <w:r>
        <w:rPr>
          <w:b w:val="0"/>
          <w:i w:val="0"/>
          <w:sz w:val="22"/>
        </w:rPr>
        <w:t>Nome: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</w:t>
      </w:r>
    </w:p>
    <w:p/>
    <w:p/>
    <w:p>
      <w:pPr>
        <w:jc w:val="both"/>
      </w:pPr>
      <w:r>
        <w:rPr>
          <w:b/>
          <w:i w:val="0"/>
          <w:sz w:val="22"/>
        </w:rPr>
        <w:t>CLÁUSULA 1ª - DO OBJETO</w:t>
      </w:r>
    </w:p>
    <w:p>
      <w:pPr>
        <w:jc w:val="both"/>
      </w:pPr>
      <w:r>
        <w:rPr>
          <w:b w:val="0"/>
          <w:i w:val="0"/>
          <w:sz w:val="22"/>
        </w:rPr>
        <w:t>O VENDEDOR vende ao COMPRADOR que aceita, o(s) bem(ns) descrito(s) abaixo, nas condições estabelecidas neste contrato:</w:t>
      </w:r>
    </w:p>
    <w:p>
      <w:pPr>
        <w:jc w:val="both"/>
      </w:pPr>
      <w:r>
        <w:rPr>
          <w:b w:val="0"/>
          <w:i w:val="0"/>
          <w:sz w:val="22"/>
        </w:rPr>
        <w:t>Descrição detalhada do bem objeto da venda (ex: veículo, imóvel, mercadoria, etc.):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Número do documento do bem, se houver (ex: matrícula, chassi, nota fiscal):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CLÁUSULA 2ª - DO PREÇO E DAS CONDIÇÕES DE PAGAMENTO</w:t>
      </w:r>
    </w:p>
    <w:p>
      <w:pPr>
        <w:jc w:val="both"/>
      </w:pPr>
      <w:r>
        <w:rPr>
          <w:b w:val="0"/>
          <w:i w:val="0"/>
          <w:sz w:val="22"/>
        </w:rPr>
        <w:t>O preço certo e ajustado da venda é de R$ _____________________________ (valor por extenso), que será pago pelo COMPRADOR em ___ (número) parcelas mensais, iguais e sucessivas, no valor de R$ ______________________ (valor da parcela por extenso) cada uma, vencendo-se a primeira em ___/___/____ e as demais no mesmo dia dos meses subsequentes.</w:t>
      </w:r>
    </w:p>
    <w:p>
      <w:pPr>
        <w:jc w:val="both"/>
      </w:pPr>
      <w:r>
        <w:rPr>
          <w:b w:val="0"/>
          <w:i w:val="0"/>
          <w:sz w:val="22"/>
        </w:rPr>
        <w:t>O pagamento deverá ser efetuado através de: 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Caso o pagamento seja realizado por meio de boleto bancário, transferência, depósito ou outro, deverão ser fornecidos os comprovantes correspondentes.</w:t>
      </w:r>
    </w:p>
    <w:p/>
    <w:p>
      <w:pPr>
        <w:jc w:val="both"/>
      </w:pPr>
      <w:r>
        <w:rPr>
          <w:b/>
          <w:i w:val="0"/>
          <w:sz w:val="22"/>
        </w:rPr>
        <w:t>CLÁUSULA 3ª - DA MULTA POR ATRASO</w:t>
      </w:r>
    </w:p>
    <w:p>
      <w:pPr>
        <w:jc w:val="both"/>
      </w:pPr>
      <w:r>
        <w:rPr>
          <w:b w:val="0"/>
          <w:i w:val="0"/>
          <w:sz w:val="22"/>
        </w:rPr>
        <w:t>Em caso de atraso no pagamento de qualquer parcela, o COMPRADOR pagará multa de 2% (dois por cento) sobre o valor da parcela em atraso, mais juros de mora de 1% (um por cento) ao mês, calculados pro rata die.</w:t>
      </w:r>
    </w:p>
    <w:p/>
    <w:p>
      <w:pPr>
        <w:jc w:val="both"/>
      </w:pPr>
      <w:r>
        <w:rPr>
          <w:b/>
          <w:i w:val="0"/>
          <w:sz w:val="22"/>
        </w:rPr>
        <w:t>CLÁUSULA 4ª - DA ENTREGA DO BEM</w:t>
      </w:r>
    </w:p>
    <w:p>
      <w:pPr>
        <w:jc w:val="both"/>
      </w:pPr>
      <w:r>
        <w:rPr>
          <w:b w:val="0"/>
          <w:i w:val="0"/>
          <w:sz w:val="22"/>
        </w:rPr>
        <w:t>O VENDEDOR se compromete a entregar o bem objeto deste contrato ao COMPRADOR no prazo máximo de ___ (número) dias após a assinatura deste instrumento, no endereço do COMPRADOR ou outro por ele indicado.</w:t>
      </w:r>
    </w:p>
    <w:p>
      <w:pPr>
        <w:jc w:val="both"/>
      </w:pPr>
      <w:r>
        <w:rPr>
          <w:b w:val="0"/>
          <w:i w:val="0"/>
          <w:sz w:val="22"/>
        </w:rPr>
        <w:t>O bem será entregue livre de quaisquer ônus, dívidas, penhoras ou gravames que possam impedir sua transferência ou uso pelo COMPRADOR.</w:t>
      </w:r>
    </w:p>
    <w:p/>
    <w:p>
      <w:pPr>
        <w:jc w:val="both"/>
      </w:pPr>
      <w:r>
        <w:rPr>
          <w:b/>
          <w:i w:val="0"/>
          <w:sz w:val="22"/>
        </w:rPr>
        <w:t>CLÁUSULA 5ª - DA TRANSFERÊNCIA E REGISTRO</w:t>
      </w:r>
    </w:p>
    <w:p>
      <w:pPr>
        <w:jc w:val="both"/>
      </w:pPr>
      <w:r>
        <w:rPr>
          <w:b w:val="0"/>
          <w:i w:val="0"/>
          <w:sz w:val="22"/>
        </w:rPr>
        <w:t>O VENDEDOR se obriga a providenciar, às suas expensas, a transferência e registro do bem em nome do COMPRADOR, entregando-lhe os documentos necessários para tal, no prazo máximo de ___ (número) dias após a quitação total do preço.</w:t>
      </w:r>
    </w:p>
    <w:p/>
    <w:p>
      <w:pPr>
        <w:jc w:val="both"/>
      </w:pPr>
      <w:r>
        <w:rPr>
          <w:b/>
          <w:i w:val="0"/>
          <w:sz w:val="22"/>
        </w:rPr>
        <w:t>CLÁUSULA 6ª - DA RESCISÃO CONTRATUAL</w:t>
      </w:r>
    </w:p>
    <w:p>
      <w:pPr>
        <w:jc w:val="both"/>
      </w:pPr>
      <w:r>
        <w:rPr>
          <w:b w:val="0"/>
          <w:i w:val="0"/>
          <w:sz w:val="22"/>
        </w:rPr>
        <w:t>Em caso de inadimplemento do COMPRADOR, após ___ (número) dias de atraso, o VENDEDOR poderá considerar rescindido o presente contrato, retendo as parcelas já pagas a título de compensação, sem prejuízo das demais medidas legais cabíveis.</w:t>
      </w:r>
    </w:p>
    <w:p>
      <w:pPr>
        <w:jc w:val="both"/>
      </w:pPr>
      <w:r>
        <w:rPr>
          <w:b w:val="0"/>
          <w:i w:val="0"/>
          <w:sz w:val="22"/>
        </w:rPr>
        <w:t>O COMPRADOR poderá rescindir o contrato a qualquer tempo, mediante notificação por escrito ao VENDEDOR, estando sujeito ao pagamento das parcelas vencidas e uma multa compensatória equivalente a ___% (porcentagem) do saldo devedor.</w:t>
      </w:r>
    </w:p>
    <w:p/>
    <w:p>
      <w:pPr>
        <w:jc w:val="both"/>
      </w:pPr>
      <w:r>
        <w:rPr>
          <w:b/>
          <w:i w:val="0"/>
          <w:sz w:val="22"/>
        </w:rPr>
        <w:t>CLÁUSULA 7ª - DAS GARANTIAS</w:t>
      </w:r>
    </w:p>
    <w:p>
      <w:pPr>
        <w:jc w:val="both"/>
      </w:pPr>
      <w:r>
        <w:rPr>
          <w:b w:val="0"/>
          <w:i w:val="0"/>
          <w:sz w:val="22"/>
        </w:rPr>
        <w:t>O VENDEDOR garante que o bem objeto deste contrato está em perfeito estado de funcionamento e conservação, respondendo por quaisquer vícios ou defeitos ocultos que possam comprometer sua utilização.</w:t>
      </w:r>
    </w:p>
    <w:p>
      <w:pPr>
        <w:jc w:val="both"/>
      </w:pPr>
      <w:r>
        <w:rPr>
          <w:b w:val="0"/>
          <w:i w:val="0"/>
          <w:sz w:val="22"/>
        </w:rPr>
        <w:t>A garantia legal e contratual deverá ser observada conforme legislação aplicável.</w:t>
      </w:r>
    </w:p>
    <w:p/>
    <w:p>
      <w:pPr>
        <w:jc w:val="both"/>
      </w:pPr>
      <w:r>
        <w:rPr>
          <w:b/>
          <w:i w:val="0"/>
          <w:sz w:val="22"/>
        </w:rPr>
        <w:t>CLÁUSULA 8ª - DAS DISPOSIÇÕES GERAIS</w:t>
      </w:r>
    </w:p>
    <w:p>
      <w:pPr>
        <w:jc w:val="both"/>
      </w:pPr>
      <w:r>
        <w:rPr>
          <w:b w:val="0"/>
          <w:i w:val="0"/>
          <w:sz w:val="22"/>
        </w:rPr>
        <w:t>As partes declaram ter lido e compreendido todas as cláusulas deste contrato, aceitando-as integralmente.</w:t>
      </w:r>
    </w:p>
    <w:p>
      <w:pPr>
        <w:jc w:val="both"/>
      </w:pPr>
      <w:r>
        <w:rPr>
          <w:b w:val="0"/>
          <w:i w:val="0"/>
          <w:sz w:val="22"/>
        </w:rPr>
        <w:t>Qualquer alteração neste contrato só terá validade se feita por escrito e assinada por ambas as partes.</w:t>
      </w:r>
    </w:p>
    <w:p>
      <w:pPr>
        <w:jc w:val="both"/>
      </w:pPr>
      <w:r>
        <w:rPr>
          <w:b w:val="0"/>
          <w:i w:val="0"/>
          <w:sz w:val="22"/>
        </w:rPr>
        <w:t>As despesas relativas a impostos, taxas, emolumentos e quaisquer outras necessárias à formalização e registro do presente contrato correrão por conta do COMPRADOR.</w:t>
      </w:r>
    </w:p>
    <w:p/>
    <w:p>
      <w:pPr>
        <w:jc w:val="both"/>
      </w:pPr>
      <w:r>
        <w:rPr>
          <w:b/>
          <w:i w:val="0"/>
          <w:sz w:val="22"/>
        </w:rPr>
        <w:t>CLÁUSULA 9ª - DO FORO</w:t>
      </w:r>
    </w:p>
    <w:p>
      <w:pPr>
        <w:jc w:val="both"/>
      </w:pPr>
      <w:r>
        <w:rPr>
          <w:b w:val="0"/>
          <w:i w:val="0"/>
          <w:sz w:val="22"/>
        </w:rPr>
        <w:t>Para dirimir quaisquer controvérsias oriundas deste contrato, as partes elegem o foro da comarca de ________________________________, com renúncia a qualquer outro, por mais privilegiado que seja.</w:t>
      </w:r>
    </w:p>
    <w:p/>
    <w:p/>
    <w:p/>
    <w:p>
      <w:pPr>
        <w:jc w:val="center"/>
      </w:pPr>
      <w:r>
        <w:rPr>
          <w:b w:val="0"/>
          <w:i w:val="0"/>
          <w:sz w:val="22"/>
        </w:rPr>
        <w:t>E, por estarem assim justas e contratadas, as partes assinam o presente contrato em ___ (número) vias de igual teor e forma, na presença de testemunhas.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VENDEDOR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COMPRADOR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</w:t>
            </w:r>
          </w:p>
        </w:tc>
      </w:tr>
    </w:tbl>
    <w:p/>
    <w:p/>
    <w:p/>
    <w:p>
      <w:pPr>
        <w:jc w:val="both"/>
      </w:pPr>
      <w:r>
        <w:rPr>
          <w:b/>
          <w:i w:val="0"/>
          <w:sz w:val="22"/>
        </w:rPr>
        <w:t>Testemunhas: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1ª Testemunha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2ª Testemunha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https://modelos-br.com/contrato-de-compra-e-venda-parcelado/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compra-e-venda-parcelad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