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DE DECORAÇÃO DE FESTA</w:t>
      </w:r>
    </w:p>
    <w:p/>
    <w:p/>
    <w:p>
      <w:r>
        <w:rPr>
          <w:b/>
          <w:sz w:val="20"/>
        </w:rPr>
        <w:t>CONTRATANTE: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/>
          <w:sz w:val="20"/>
        </w:rPr>
        <w:t>CONTRATADO:</w:t>
      </w:r>
    </w:p>
    <w:p>
      <w:r>
        <w:rPr>
          <w:b w:val="0"/>
          <w:sz w:val="20"/>
        </w:rPr>
        <w:t>Nome / Empresa: 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pPr>
        <w:ind w:firstLine="360"/>
      </w:pPr>
      <w:r>
        <w:rPr>
          <w:b w:val="0"/>
          <w:sz w:val="20"/>
        </w:rPr>
        <w:t>O presente contrato tem por objeto a prestação de serviços de decoração para festa, conforme as especificações abaixo, a serem realizadas pelo CONTRATADO para o CONTRATANTE.</w:t>
      </w:r>
    </w:p>
    <w:p>
      <w:r>
        <w:rPr>
          <w:b/>
          <w:sz w:val="20"/>
        </w:rPr>
        <w:t>Descrição da decoração: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CLÁUSULA 2ª – DO LOCAL E DATA DO EVENTO</w:t>
      </w:r>
    </w:p>
    <w:p>
      <w:r>
        <w:rPr>
          <w:b w:val="0"/>
          <w:sz w:val="20"/>
        </w:rPr>
        <w:t>O evento será realizado no seguinte local:</w:t>
      </w:r>
    </w:p>
    <w:p>
      <w:r>
        <w:rPr>
          <w:b w:val="0"/>
          <w:sz w:val="20"/>
        </w:rPr>
        <w:t>Local: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>
      <w:r>
        <w:rPr>
          <w:b w:val="0"/>
          <w:sz w:val="20"/>
        </w:rPr>
        <w:t>Data e horário do evento: __________________________________________________</w:t>
      </w:r>
    </w:p>
    <w:p/>
    <w:p>
      <w:pPr>
        <w:jc w:val="left"/>
      </w:pPr>
      <w:r>
        <w:rPr>
          <w:b/>
          <w:sz w:val="22"/>
        </w:rPr>
        <w:t>CLÁUSULA 3ª – DAS OBRIGAÇÕES DO CONTRATADO</w:t>
      </w:r>
    </w:p>
    <w:p>
      <w:pPr>
        <w:ind w:firstLine="360"/>
      </w:pPr>
      <w:r>
        <w:rPr>
          <w:b w:val="0"/>
          <w:sz w:val="20"/>
        </w:rPr>
        <w:t>São obrigações do CONTRATADO:</w:t>
      </w:r>
    </w:p>
    <w:p>
      <w:pPr>
        <w:ind w:firstLine="360"/>
      </w:pPr>
      <w:r>
        <w:rPr>
          <w:b w:val="0"/>
          <w:sz w:val="20"/>
        </w:rPr>
        <w:t>a) Realizar a decoração conforme especificado e acordado;</w:t>
      </w:r>
    </w:p>
    <w:p>
      <w:pPr>
        <w:ind w:firstLine="360"/>
      </w:pPr>
      <w:r>
        <w:rPr>
          <w:b w:val="0"/>
          <w:sz w:val="20"/>
        </w:rPr>
        <w:t>b) Providenciar todos os materiais, equipamentos e mão de obra necessários;</w:t>
      </w:r>
    </w:p>
    <w:p>
      <w:pPr>
        <w:ind w:firstLine="360"/>
      </w:pPr>
      <w:r>
        <w:rPr>
          <w:b w:val="0"/>
          <w:sz w:val="20"/>
        </w:rPr>
        <w:t>c) Garantir a montagem da decoração até o horário acordado;</w:t>
      </w:r>
    </w:p>
    <w:p>
      <w:pPr>
        <w:ind w:firstLine="360"/>
      </w:pPr>
      <w:r>
        <w:rPr>
          <w:b w:val="0"/>
          <w:sz w:val="20"/>
        </w:rPr>
        <w:t>d) Providenciar a desmontagem e limpeza após o evento, salvo acordo em contrário;</w:t>
      </w:r>
    </w:p>
    <w:p>
      <w:pPr>
        <w:ind w:firstLine="360"/>
      </w:pPr>
      <w:r>
        <w:rPr>
          <w:b w:val="0"/>
          <w:sz w:val="20"/>
        </w:rPr>
        <w:t>e) Cumprir as normas de segurança aplicáveis;</w:t>
      </w:r>
    </w:p>
    <w:p>
      <w:pPr>
        <w:ind w:firstLine="360"/>
      </w:pPr>
      <w:r>
        <w:rPr>
          <w:b w:val="0"/>
          <w:sz w:val="20"/>
        </w:rPr>
        <w:t>f) Comunicar qualquer fato impeditivo ou problema que possa prejudicar a prestação do serviço.</w:t>
      </w:r>
    </w:p>
    <w:p/>
    <w:p>
      <w:pPr>
        <w:jc w:val="left"/>
      </w:pPr>
      <w:r>
        <w:rPr>
          <w:b/>
          <w:sz w:val="22"/>
        </w:rPr>
        <w:t>CLÁUSULA 4ª – DAS OBRIGAÇÕES DO CONTRATANTE</w:t>
      </w:r>
    </w:p>
    <w:p>
      <w:pPr>
        <w:ind w:firstLine="360"/>
      </w:pPr>
      <w:r>
        <w:rPr>
          <w:b w:val="0"/>
          <w:sz w:val="20"/>
        </w:rPr>
        <w:t>São obrigações do CONTRATANTE:</w:t>
      </w:r>
    </w:p>
    <w:p>
      <w:pPr>
        <w:ind w:firstLine="360"/>
      </w:pPr>
      <w:r>
        <w:rPr>
          <w:b w:val="0"/>
          <w:sz w:val="20"/>
        </w:rPr>
        <w:t>a) Fornecer as informações e especificações necessárias para a decoração;</w:t>
      </w:r>
    </w:p>
    <w:p>
      <w:pPr>
        <w:ind w:firstLine="360"/>
      </w:pPr>
      <w:r>
        <w:rPr>
          <w:b w:val="0"/>
          <w:sz w:val="20"/>
        </w:rPr>
        <w:t>b) Permitir o acesso ao local para montagem e desmontagem nos horários acordados;</w:t>
      </w:r>
    </w:p>
    <w:p>
      <w:pPr>
        <w:ind w:firstLine="360"/>
      </w:pPr>
      <w:r>
        <w:rPr>
          <w:b w:val="0"/>
          <w:sz w:val="20"/>
        </w:rPr>
        <w:t>c) Efetuar o pagamento conforme estabelecido neste contrato;</w:t>
      </w:r>
    </w:p>
    <w:p>
      <w:pPr>
        <w:ind w:firstLine="360"/>
      </w:pPr>
      <w:r>
        <w:rPr>
          <w:b w:val="0"/>
          <w:sz w:val="20"/>
        </w:rPr>
        <w:t>d) Responsabilizar-se por autorizações e licenças necessárias para realização do evento;</w:t>
      </w:r>
    </w:p>
    <w:p>
      <w:pPr>
        <w:ind w:firstLine="360"/>
      </w:pPr>
      <w:r>
        <w:rPr>
          <w:b w:val="0"/>
          <w:sz w:val="20"/>
        </w:rPr>
        <w:t>e) Comunicar qualquer alteração que possa impactar os serviços contratados.</w:t>
      </w:r>
    </w:p>
    <w:p/>
    <w:p>
      <w:pPr>
        <w:jc w:val="left"/>
      </w:pPr>
      <w:r>
        <w:rPr>
          <w:b/>
          <w:sz w:val="22"/>
        </w:rPr>
        <w:t>CLÁUSULA 5ª – DO PREÇO E CONDIÇÕES DE PAGAMENTO</w:t>
      </w:r>
    </w:p>
    <w:p>
      <w:pPr>
        <w:ind w:firstLine="360"/>
      </w:pPr>
      <w:r>
        <w:rPr>
          <w:b w:val="0"/>
          <w:sz w:val="20"/>
        </w:rPr>
        <w:t>O valor total pelos serviços de decoração será de R$ ____________________________ (______________________________).</w:t>
      </w:r>
    </w:p>
    <w:p>
      <w:r>
        <w:rPr>
          <w:b/>
          <w:sz w:val="20"/>
        </w:rPr>
        <w:t>O pagamento será efetuado da seguinte forma: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pPr>
        <w:ind w:firstLine="360"/>
      </w:pPr>
      <w:r>
        <w:rPr>
          <w:b w:val="0"/>
          <w:sz w:val="20"/>
        </w:rPr>
        <w:t>Exemplo: 50% na assinatura do contrato e 50% até __ dias antes do evento.</w:t>
      </w:r>
    </w:p>
    <w:p/>
    <w:p>
      <w:pPr>
        <w:jc w:val="left"/>
      </w:pPr>
      <w:r>
        <w:rPr>
          <w:b/>
          <w:sz w:val="22"/>
        </w:rPr>
        <w:t>CLÁUSULA 6ª – DO PRAZO PARA MONTAGEM E DESMONTAGEM</w:t>
      </w:r>
    </w:p>
    <w:p>
      <w:pPr>
        <w:ind w:firstLine="360"/>
      </w:pPr>
      <w:r>
        <w:rPr>
          <w:b w:val="0"/>
          <w:sz w:val="20"/>
        </w:rPr>
        <w:t>O CONTRATADO realizará a montagem da decoração no dia __/__/____, iniciando às ______ horas, devendo concluir até o horário acordado.</w:t>
      </w:r>
    </w:p>
    <w:p>
      <w:pPr>
        <w:ind w:firstLine="360"/>
      </w:pPr>
      <w:r>
        <w:rPr>
          <w:b w:val="0"/>
          <w:sz w:val="20"/>
        </w:rPr>
        <w:t>A desmontagem será realizada até o dia __/__/____, no horário de ______ horas, salvo acordo em contrário.</w:t>
      </w:r>
    </w:p>
    <w:p/>
    <w:p>
      <w:pPr>
        <w:jc w:val="left"/>
      </w:pPr>
      <w:r>
        <w:rPr>
          <w:b/>
          <w:sz w:val="22"/>
        </w:rPr>
        <w:t>CLÁUSULA 7ª – DA RESCISÃO</w:t>
      </w:r>
    </w:p>
    <w:p>
      <w:pPr>
        <w:ind w:firstLine="360"/>
      </w:pPr>
      <w:r>
        <w:rPr>
          <w:b w:val="0"/>
          <w:sz w:val="20"/>
        </w:rPr>
        <w:t>O presente contrato poderá ser rescindido por qualquer das partes mediante comunicação por escrito, com antecedência mínima de 10 (dez) dias.</w:t>
      </w:r>
    </w:p>
    <w:p>
      <w:pPr>
        <w:ind w:firstLine="360"/>
      </w:pPr>
      <w:r>
        <w:rPr>
          <w:b w:val="0"/>
          <w:sz w:val="20"/>
        </w:rPr>
        <w:t>Em caso de rescisão por parte do CONTRATANTE sem justa causa após a assinatura deste contrato, será devido ao CONTRATADO uma multa rescisória correspondente a __% do valor total contratado.</w:t>
      </w:r>
    </w:p>
    <w:p>
      <w:pPr>
        <w:ind w:firstLine="360"/>
      </w:pPr>
      <w:r>
        <w:rPr>
          <w:b w:val="0"/>
          <w:sz w:val="20"/>
        </w:rPr>
        <w:t>Se a rescisão ocorrer por motivo de força maior ou caso fortuito, nenhuma das partes será responsabilizada.</w:t>
      </w:r>
    </w:p>
    <w:p/>
    <w:p>
      <w:pPr>
        <w:jc w:val="left"/>
      </w:pPr>
      <w:r>
        <w:rPr>
          <w:b/>
          <w:sz w:val="22"/>
        </w:rPr>
        <w:t>CLÁUSULA 8ª – DAS RESPONSABILIDADES E GARANTIAS</w:t>
      </w:r>
    </w:p>
    <w:p>
      <w:pPr>
        <w:ind w:firstLine="360"/>
      </w:pPr>
      <w:r>
        <w:rPr>
          <w:b w:val="0"/>
          <w:sz w:val="20"/>
        </w:rPr>
        <w:t>O CONTRATADO não se responsabiliza por danos causados por terceiros ou por fatos alheios ao controle do mesmo.</w:t>
      </w:r>
    </w:p>
    <w:p>
      <w:pPr>
        <w:ind w:firstLine="360"/>
      </w:pPr>
      <w:r>
        <w:rPr>
          <w:b w:val="0"/>
          <w:sz w:val="20"/>
        </w:rPr>
        <w:t>O CONTRATADO garante a qualidade dos materiais e serviços prestados até a entrega final da decoração.</w:t>
      </w:r>
    </w:p>
    <w:p>
      <w:pPr>
        <w:ind w:firstLine="360"/>
      </w:pPr>
      <w:r>
        <w:rPr>
          <w:b w:val="0"/>
          <w:sz w:val="20"/>
        </w:rPr>
        <w:t>O CONTRATANTE é responsável por danos causados ao material fornecido pelo CONTRATADO durante o evento.</w:t>
      </w:r>
    </w:p>
    <w:p/>
    <w:p>
      <w:pPr>
        <w:jc w:val="left"/>
      </w:pPr>
      <w:r>
        <w:rPr>
          <w:b/>
          <w:sz w:val="22"/>
        </w:rPr>
        <w:t>CLÁUSULA 9ª – DO CASO FORTUITO E FORÇA MAIOR</w:t>
      </w:r>
    </w:p>
    <w:p>
      <w:pPr>
        <w:ind w:firstLine="360"/>
      </w:pPr>
      <w:r>
        <w:rPr>
          <w:b w:val="0"/>
          <w:sz w:val="20"/>
        </w:rPr>
        <w:t>Nenhuma das partes será responsabilizada por falhas ou atrasos na execução dos serviços decorrentes de caso fortuito ou força maior, tais como desastres naturais, greves, atos governamentais, entre outros.</w:t>
      </w:r>
    </w:p>
    <w:p/>
    <w:p>
      <w:pPr>
        <w:jc w:val="left"/>
      </w:pPr>
      <w:r>
        <w:rPr>
          <w:b/>
          <w:sz w:val="22"/>
        </w:rPr>
        <w:t>CLÁUSULA 10ª – DO FORO</w:t>
      </w:r>
    </w:p>
    <w:p>
      <w:pPr>
        <w:ind w:firstLine="360"/>
      </w:pPr>
      <w:r>
        <w:rPr>
          <w:b w:val="0"/>
          <w:sz w:val="20"/>
        </w:rPr>
        <w:t>Fica eleito o foro da comarca de ______________________________, com renúncia a qualquer outro, por mais privilegiado que seja, para dirimir quaisquer dúvidas oriundas do presente contrato.</w:t>
      </w:r>
    </w:p>
    <w:p/>
    <w:p/>
    <w:p>
      <w:pPr>
        <w:jc w:val="center"/>
      </w:pPr>
      <w:r>
        <w:rPr>
          <w:b w:val="0"/>
          <w:sz w:val="20"/>
        </w:rPr>
        <w:t>E por estarem assim justos e contratados, firmam o presente contrato em duas vias de igual teor e forma.</w:t>
      </w:r>
    </w:p>
    <w:p/>
    <w:p/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CONTRATADO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https://modelos-br.com/contrato-de-decoracao-de-festa/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de-decoracao-de-fest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