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DE PINTURA</w:t>
      </w:r>
    </w:p>
    <w:p/>
    <w:p/>
    <w:p>
      <w:r>
        <w:rPr>
          <w:b/>
          <w:sz w:val="20"/>
        </w:rPr>
        <w:t>IDENTIFICAÇÃO DAS PARTES</w:t>
      </w:r>
    </w:p>
    <w:p/>
    <w:p>
      <w:r>
        <w:rPr>
          <w:b w:val="0"/>
          <w:sz w:val="20"/>
        </w:rPr>
        <w:t>CONTRATANTE: 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CONTRATADO: 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CLÁUSULA PRIMEIRA – OBJETO</w:t>
      </w:r>
    </w:p>
    <w:p>
      <w:pPr>
        <w:ind w:firstLine="360"/>
      </w:pPr>
      <w:r>
        <w:rPr>
          <w:b w:val="0"/>
          <w:sz w:val="20"/>
        </w:rPr>
        <w:t>O presente contrato tem por objeto a prestação de serviços de pintura no imóvel localizado em ________________________________________________________________, conforme especificações abaixo:</w:t>
      </w:r>
    </w:p>
    <w:p>
      <w:pPr>
        <w:ind w:firstLine="360"/>
      </w:pPr>
      <w:r>
        <w:rPr>
          <w:b w:val="0"/>
          <w:sz w:val="20"/>
        </w:rPr>
        <w:t>- Áreas a serem pintadas: ________________________________________________</w:t>
      </w:r>
    </w:p>
    <w:p>
      <w:pPr>
        <w:ind w:firstLine="360"/>
      </w:pPr>
      <w:r>
        <w:rPr>
          <w:b w:val="0"/>
          <w:sz w:val="20"/>
        </w:rPr>
        <w:t>- Tipos de pintura e cores: _______________________________________________</w:t>
      </w:r>
    </w:p>
    <w:p>
      <w:pPr>
        <w:ind w:firstLine="360"/>
      </w:pPr>
      <w:r>
        <w:rPr>
          <w:b w:val="0"/>
          <w:sz w:val="20"/>
        </w:rPr>
        <w:t>- Preparação das superfícies (lixamento, limpeza, reparos): ________________</w:t>
      </w:r>
    </w:p>
    <w:p>
      <w:pPr>
        <w:ind w:firstLine="360"/>
      </w:pPr>
      <w:r>
        <w:rPr>
          <w:b w:val="0"/>
          <w:sz w:val="20"/>
        </w:rPr>
        <w:t>- Materiais a serem utilizados: ___________________________________________</w:t>
      </w:r>
    </w:p>
    <w:p/>
    <w:p>
      <w:pPr>
        <w:jc w:val="left"/>
      </w:pPr>
      <w:r>
        <w:rPr>
          <w:b/>
          <w:sz w:val="22"/>
        </w:rPr>
        <w:t>CLÁUSULA SEGUNDA – PRAZO DE EXECUÇÃO</w:t>
      </w:r>
    </w:p>
    <w:p>
      <w:pPr>
        <w:ind w:firstLine="360"/>
      </w:pPr>
      <w:r>
        <w:rPr>
          <w:b w:val="0"/>
          <w:sz w:val="20"/>
        </w:rPr>
        <w:t>O prazo para execução dos serviços será de ____ (____) dias úteis, contados a partir do início dos trabalhos, a ser acordado entre as partes.</w:t>
      </w:r>
    </w:p>
    <w:p/>
    <w:p>
      <w:pPr>
        <w:jc w:val="left"/>
      </w:pPr>
      <w:r>
        <w:rPr>
          <w:b/>
          <w:sz w:val="22"/>
        </w:rPr>
        <w:t>CLÁUSULA TERCEIRA – PREÇO E CONDIÇÕES DE PAGAMENTO</w:t>
      </w:r>
    </w:p>
    <w:p>
      <w:pPr>
        <w:ind w:firstLine="360"/>
      </w:pPr>
      <w:r>
        <w:rPr>
          <w:b w:val="0"/>
          <w:sz w:val="20"/>
        </w:rPr>
        <w:t>O valor total ajustado para a prestação dos serviços é de R$ ______________________________, que será pago da seguinte forma:</w:t>
      </w:r>
    </w:p>
    <w:p>
      <w:pPr>
        <w:ind w:firstLine="360"/>
      </w:pPr>
      <w:r>
        <w:rPr>
          <w:b w:val="0"/>
          <w:sz w:val="20"/>
        </w:rPr>
        <w:t>- Sinal/entrada: R$ ______________________ na assinatura deste contrato;</w:t>
      </w:r>
    </w:p>
    <w:p>
      <w:pPr>
        <w:ind w:firstLine="360"/>
      </w:pPr>
      <w:r>
        <w:rPr>
          <w:b w:val="0"/>
          <w:sz w:val="20"/>
        </w:rPr>
        <w:t>- Restante: R$ ______________________ na conclusão dos serviços.</w:t>
      </w:r>
    </w:p>
    <w:p>
      <w:pPr>
        <w:ind w:firstLine="360"/>
      </w:pPr>
      <w:r>
        <w:rPr>
          <w:b w:val="0"/>
          <w:sz w:val="20"/>
        </w:rPr>
        <w:t>O pagamento deverá ser realizado via __________________________________________________.</w:t>
      </w:r>
    </w:p>
    <w:p/>
    <w:p>
      <w:pPr>
        <w:jc w:val="left"/>
      </w:pPr>
      <w:r>
        <w:rPr>
          <w:b/>
          <w:sz w:val="22"/>
        </w:rPr>
        <w:t>CLÁUSULA QUARTA – OBRIGAÇÕES DO CONTRATADO</w:t>
      </w:r>
    </w:p>
    <w:p>
      <w:pPr>
        <w:ind w:firstLine="360"/>
      </w:pPr>
      <w:r>
        <w:rPr>
          <w:b w:val="0"/>
          <w:sz w:val="20"/>
        </w:rPr>
        <w:t>São obrigações do CONTRATADO:</w:t>
      </w:r>
    </w:p>
    <w:p>
      <w:pPr>
        <w:ind w:firstLine="360"/>
      </w:pPr>
      <w:r>
        <w:rPr>
          <w:b w:val="0"/>
          <w:sz w:val="20"/>
        </w:rPr>
        <w:t>a) Executar os serviços com zelo, técnica e diligência, conforme as especificações deste contrato;</w:t>
      </w:r>
    </w:p>
    <w:p>
      <w:pPr>
        <w:ind w:firstLine="360"/>
      </w:pPr>
      <w:r>
        <w:rPr>
          <w:b w:val="0"/>
          <w:sz w:val="20"/>
        </w:rPr>
        <w:t>b) Utilizar materiais de qualidade e adequados para pintura;</w:t>
      </w:r>
    </w:p>
    <w:p>
      <w:pPr>
        <w:ind w:firstLine="360"/>
      </w:pPr>
      <w:r>
        <w:rPr>
          <w:b w:val="0"/>
          <w:sz w:val="20"/>
        </w:rPr>
        <w:t>c) Respeitar normas de segurança e higiene durante a execução dos serviços;</w:t>
      </w:r>
    </w:p>
    <w:p>
      <w:pPr>
        <w:ind w:firstLine="360"/>
      </w:pPr>
      <w:r>
        <w:rPr>
          <w:b w:val="0"/>
          <w:sz w:val="20"/>
        </w:rPr>
        <w:t>d) Manter o local limpo e organizado durante e após a conclusão dos serviços.</w:t>
      </w:r>
    </w:p>
    <w:p/>
    <w:p>
      <w:pPr>
        <w:jc w:val="left"/>
      </w:pPr>
      <w:r>
        <w:rPr>
          <w:b/>
          <w:sz w:val="22"/>
        </w:rPr>
        <w:t>CLÁUSULA QUINTA – OBRIGAÇÕES DO CONTRATANTE</w:t>
      </w:r>
    </w:p>
    <w:p>
      <w:pPr>
        <w:ind w:firstLine="360"/>
      </w:pPr>
      <w:r>
        <w:rPr>
          <w:b w:val="0"/>
          <w:sz w:val="20"/>
        </w:rPr>
        <w:t>São obrigações do CONTRATANTE:</w:t>
      </w:r>
    </w:p>
    <w:p>
      <w:pPr>
        <w:ind w:firstLine="360"/>
      </w:pPr>
      <w:r>
        <w:rPr>
          <w:b w:val="0"/>
          <w:sz w:val="20"/>
        </w:rPr>
        <w:t>a) Fornecer acesso ao local para execução dos serviços;</w:t>
      </w:r>
    </w:p>
    <w:p>
      <w:pPr>
        <w:ind w:firstLine="360"/>
      </w:pPr>
      <w:r>
        <w:rPr>
          <w:b w:val="0"/>
          <w:sz w:val="20"/>
        </w:rPr>
        <w:t>b) Efetuar os pagamentos conforme as condições estabelecidas neste contrato;</w:t>
      </w:r>
    </w:p>
    <w:p>
      <w:pPr>
        <w:ind w:firstLine="360"/>
      </w:pPr>
      <w:r>
        <w:rPr>
          <w:b w:val="0"/>
          <w:sz w:val="20"/>
        </w:rPr>
        <w:t>c) Informar previamente ao CONTRATADO sobre quaisquer condições especiais do local.</w:t>
      </w:r>
    </w:p>
    <w:p/>
    <w:p>
      <w:pPr>
        <w:jc w:val="left"/>
      </w:pPr>
      <w:r>
        <w:rPr>
          <w:b/>
          <w:sz w:val="22"/>
        </w:rPr>
        <w:t>CLÁUSULA SEXTA – RESPONSABILIDADES</w:t>
      </w:r>
    </w:p>
    <w:p>
      <w:pPr>
        <w:ind w:firstLine="360"/>
      </w:pPr>
      <w:r>
        <w:rPr>
          <w:b w:val="0"/>
          <w:sz w:val="20"/>
        </w:rPr>
        <w:t>O CONTRATADO responde por danos causados por dolo ou culpa na execução dos serviços, sendo isento de responsabilidade por danos decorrentes de fatores externos ou fornecimento inadequado de materiais pelo CONTRATANTE.</w:t>
      </w:r>
    </w:p>
    <w:p/>
    <w:p>
      <w:pPr>
        <w:jc w:val="left"/>
      </w:pPr>
      <w:r>
        <w:rPr>
          <w:b/>
          <w:sz w:val="22"/>
        </w:rPr>
        <w:t>CLÁUSULA SÉTIMA – RESCISÃO</w:t>
      </w:r>
    </w:p>
    <w:p>
      <w:pPr>
        <w:ind w:firstLine="360"/>
      </w:pPr>
      <w:r>
        <w:rPr>
          <w:b w:val="0"/>
          <w:sz w:val="20"/>
        </w:rPr>
        <w:t>O presente contrato poderá ser rescindido por qualquer das partes, mediante aviso prévio por escrito de 10 (dez) dias, sem prejuízo das obrigações já assumidas e dos direitos adquiridos.</w:t>
      </w:r>
    </w:p>
    <w:p/>
    <w:p>
      <w:pPr>
        <w:jc w:val="left"/>
      </w:pPr>
      <w:r>
        <w:rPr>
          <w:b/>
          <w:sz w:val="22"/>
        </w:rPr>
        <w:t>CLÁUSULA OITAVA – DISPOSIÇÕES GERAIS</w:t>
      </w:r>
    </w:p>
    <w:p>
      <w:pPr>
        <w:ind w:firstLine="360"/>
      </w:pPr>
      <w:r>
        <w:rPr>
          <w:b w:val="0"/>
          <w:sz w:val="20"/>
        </w:rPr>
        <w:t>Eventuais alterações neste contrato deverão ser feitas por escrito e assinadas por ambas as partes.</w:t>
      </w:r>
    </w:p>
    <w:p>
      <w:pPr>
        <w:ind w:firstLine="360"/>
      </w:pPr>
      <w:r>
        <w:rPr>
          <w:b w:val="0"/>
          <w:sz w:val="20"/>
        </w:rPr>
        <w:t>As partes elegem o foro da comarca de _________________________ para dirimir quaisquer dúvidas ou controvérsias oriundas deste contrato.</w:t>
      </w:r>
    </w:p>
    <w:p/>
    <w:p/>
    <w:p>
      <w:pPr>
        <w:jc w:val="center"/>
      </w:pPr>
      <w:r>
        <w:rPr>
          <w:b w:val="0"/>
          <w:sz w:val="20"/>
        </w:rPr>
        <w:t>E, por estarem assim justas e contratadas, assinam o presente contrato em duas vias de igual teor e forma.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CONTRATANTE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CONTRATADO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br/>
              <w:t>______________________________</w:t>
              <w:br/>
              <w:t>Nome e Assinatura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br/>
              <w:t>______________________________</w:t>
              <w:br/>
              <w:t>Nome e Assinatura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https://modelos-br.com/contrato-de-pintura/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to-de-pintur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