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CONTRATO DE SEPARAÇÃO DE BENS</w:t>
      </w:r>
    </w:p>
    <w:p/>
    <w:p/>
    <w:p>
      <w:pPr>
        <w:spacing w:after="120"/>
      </w:pPr>
      <w:r>
        <w:rPr>
          <w:b w:val="0"/>
          <w:sz w:val="22"/>
        </w:rPr>
        <w:t>Pelo presente instrumento particular de contrato de separação de bens, que entre si fazem, de um lado,</w:t>
      </w:r>
    </w:p>
    <w:p/>
    <w:p>
      <w:pPr>
        <w:spacing w:after="120"/>
      </w:pPr>
      <w:r>
        <w:rPr>
          <w:b w:val="0"/>
          <w:sz w:val="22"/>
        </w:rPr>
        <w:t>___________________________________________________, brasileiro(a), estado civil ___________________, profissão ___________________, portador(a) da carteira de identidade nº __________________, inscrito(a) no CPF sob nº __________________, residente e domiciliado(a) na ________________________________________________________________, doravante denominado(a) PRIMEIRO CONTRATANTE,</w:t>
      </w:r>
    </w:p>
    <w:p/>
    <w:p>
      <w:pPr>
        <w:spacing w:after="120"/>
      </w:pPr>
      <w:r>
        <w:rPr>
          <w:b w:val="0"/>
          <w:sz w:val="22"/>
        </w:rPr>
        <w:t>e, de outro lado,</w:t>
      </w:r>
    </w:p>
    <w:p/>
    <w:p>
      <w:pPr>
        <w:spacing w:after="120"/>
      </w:pPr>
      <w:r>
        <w:rPr>
          <w:b w:val="0"/>
          <w:sz w:val="22"/>
        </w:rPr>
        <w:t>___________________________________________________, brasileiro(a), estado civil ___________________, profissão ___________________, portador(a) da carteira de identidade nº __________________, inscrito(a) no CPF sob nº __________________, residente e domiciliado(a) na ________________________________________________________________, doravante denominado(a) SEGUNDO CONTRATANTE,</w:t>
      </w:r>
    </w:p>
    <w:p/>
    <w:p/>
    <w:p>
      <w:pPr>
        <w:spacing w:after="120"/>
      </w:pPr>
      <w:r>
        <w:rPr>
          <w:b/>
          <w:sz w:val="22"/>
        </w:rPr>
        <w:t>têm entre si justo e contratado o que segue, que mutuamente outorgam e aceitam, nos termos das cláusulas e condições abaixo:</w:t>
      </w:r>
    </w:p>
    <w:p/>
    <w:p/>
    <w:p>
      <w:pPr>
        <w:spacing w:after="120"/>
      </w:pPr>
      <w:r>
        <w:rPr>
          <w:b/>
          <w:sz w:val="22"/>
        </w:rPr>
        <w:t>CLÁUSULA 1ª – DO REGIME DE BENS</w:t>
      </w:r>
    </w:p>
    <w:p>
      <w:pPr>
        <w:spacing w:after="120"/>
      </w:pPr>
      <w:r>
        <w:rPr>
          <w:b w:val="0"/>
          <w:sz w:val="22"/>
        </w:rPr>
        <w:t>Os contratantes optam, de comum acordo, pelo regime de separação total de bens, nos termos do art. 1.687, inciso II, do Código Civil Brasileiro, inexistindo comunhão de quaisquer bens presentes ou futuros, sejam eles móveis, imóveis, direitos ou obrigações, pertencentes a cada um dos contratantes.</w:t>
      </w:r>
    </w:p>
    <w:p/>
    <w:p>
      <w:pPr>
        <w:spacing w:after="120"/>
      </w:pPr>
      <w:r>
        <w:rPr>
          <w:b/>
          <w:sz w:val="22"/>
        </w:rPr>
        <w:t>CLÁUSULA 2ª – DA ADMINISTRAÇÃO E DISPOSIÇÃO DOS BENS</w:t>
      </w:r>
    </w:p>
    <w:p>
      <w:pPr>
        <w:spacing w:after="120"/>
      </w:pPr>
      <w:r>
        <w:rPr>
          <w:b w:val="0"/>
          <w:sz w:val="22"/>
        </w:rPr>
        <w:t>Cada contratante terá total autonomia para administrar, dispor, alienar, gravar de ônus real ou de qualquer outra forma utilizar os seus bens, independentemente de consentimento do outro contratante.</w:t>
      </w:r>
    </w:p>
    <w:p/>
    <w:p>
      <w:pPr>
        <w:spacing w:after="120"/>
      </w:pPr>
      <w:r>
        <w:rPr>
          <w:b/>
          <w:sz w:val="22"/>
        </w:rPr>
        <w:t>CLÁUSULA 3ª – DOS DIREITOS E OBRIGAÇÕES</w:t>
      </w:r>
    </w:p>
    <w:p>
      <w:pPr>
        <w:spacing w:after="120"/>
      </w:pPr>
      <w:r>
        <w:rPr>
          <w:b w:val="0"/>
          <w:sz w:val="22"/>
        </w:rPr>
        <w:t>Os contratantes renunciam a qualquer direito sobre os bens particulares do outro, inclusive quanto a herança, salvo disposição em contrário em testamento ou acordo posterior.</w:t>
      </w:r>
    </w:p>
    <w:p/>
    <w:p>
      <w:pPr>
        <w:spacing w:after="120"/>
      </w:pPr>
      <w:r>
        <w:rPr>
          <w:b/>
          <w:sz w:val="22"/>
        </w:rPr>
        <w:t>CLÁUSULA 4ª – DA DISSOLUÇÃO E ALTERAÇÃO DO CONTRATO</w:t>
      </w:r>
    </w:p>
    <w:p>
      <w:pPr>
        <w:spacing w:after="120"/>
      </w:pPr>
      <w:r>
        <w:rPr>
          <w:b w:val="0"/>
          <w:sz w:val="22"/>
        </w:rPr>
        <w:t>Este contrato poderá ser alterado ou rescindido mediante acordo mútuo entre as partes, por instrumento público ou particular, respeitadas as disposições legais vigentes.</w:t>
      </w:r>
    </w:p>
    <w:p/>
    <w:p>
      <w:pPr>
        <w:spacing w:after="120"/>
      </w:pPr>
      <w:r>
        <w:rPr>
          <w:b/>
          <w:sz w:val="22"/>
        </w:rPr>
        <w:t>CLÁUSULA 5ª – DAS DISPOSIÇÕES GERAIS</w:t>
      </w:r>
    </w:p>
    <w:p>
      <w:pPr>
        <w:spacing w:after="120"/>
      </w:pPr>
      <w:r>
        <w:rPr>
          <w:b w:val="0"/>
          <w:sz w:val="22"/>
        </w:rPr>
        <w:t>Os contratantes declaram que leram e compreenderam todas as disposições deste contrato, estando de acordo com seus termos, firmando-o em duas vias de igual teor e forma, para que produza seus jurídicos e legais efeitos.</w:t>
      </w:r>
    </w:p>
    <w:p/>
    <w:p/>
    <w:p/>
    <w:p>
      <w:pPr>
        <w:spacing w:after="120"/>
      </w:pPr>
      <w:r>
        <w:rPr>
          <w:b w:val="0"/>
          <w:sz w:val="22"/>
        </w:rPr>
        <w:t>Local: ____________________________________________</w:t>
      </w:r>
    </w:p>
    <w:p>
      <w:pPr>
        <w:spacing w:after="120"/>
      </w:pPr>
      <w:r>
        <w:rPr>
          <w:b w:val="0"/>
          <w:sz w:val="22"/>
        </w:rPr>
        <w:t>Assinatura do PRIMEIRO CONTRATANTE: ___________________________________</w:t>
      </w:r>
    </w:p>
    <w:p>
      <w:pPr>
        <w:spacing w:after="120"/>
      </w:pPr>
      <w:r>
        <w:rPr>
          <w:b w:val="0"/>
          <w:sz w:val="22"/>
        </w:rPr>
        <w:t>Assinatura do SEGUNDO CONTRATANTE: ____________________________________</w:t>
      </w:r>
    </w:p>
    <w:p/>
    <w:p/>
    <w:p/>
    <w:p/>
    <w:p>
      <w:pPr>
        <w:spacing w:after="120"/>
      </w:pPr>
      <w:r>
        <w:rPr>
          <w:b/>
          <w:sz w:val="22"/>
        </w:rPr>
        <w:t>Testemunhas:</w:t>
      </w:r>
    </w:p>
    <w:p>
      <w:pPr>
        <w:spacing w:after="120"/>
      </w:pPr>
      <w:r>
        <w:rPr>
          <w:b w:val="0"/>
          <w:sz w:val="22"/>
        </w:rPr>
        <w:t>1. Nome: ______________________________________  CPF: __________________</w:t>
      </w:r>
    </w:p>
    <w:p>
      <w:pPr>
        <w:spacing w:after="120"/>
      </w:pPr>
      <w:r>
        <w:rPr>
          <w:b w:val="0"/>
          <w:sz w:val="22"/>
        </w:rPr>
        <w:t>Assinatura: ___________________________________</w:t>
      </w:r>
    </w:p>
    <w:p/>
    <w:p>
      <w:pPr>
        <w:spacing w:after="120"/>
      </w:pPr>
      <w:r>
        <w:rPr>
          <w:b w:val="0"/>
          <w:sz w:val="22"/>
        </w:rPr>
        <w:t>2. Nome: ______________________________________  CPF: __________________</w:t>
      </w:r>
    </w:p>
    <w:p>
      <w:pPr>
        <w:spacing w:after="120"/>
      </w:pPr>
      <w:r>
        <w:rPr>
          <w:b w:val="0"/>
          <w:sz w:val="22"/>
        </w:rPr>
        <w:t>Assinatura: ___________________________________</w:t>
      </w:r>
    </w:p>
    <w:p>
      <w:r>
        <w:br w:type="page"/>
      </w:r>
    </w:p>
    <w:p>
      <w:pPr>
        <w:jc w:val="center"/>
      </w:pPr>
      <w:r>
        <w:rPr>
          <w:color w:val="555555"/>
          <w:sz w:val="24"/>
        </w:rPr>
        <w:t>Fonte original deste documento:</w:t>
      </w:r>
    </w:p>
    <w:p>
      <w:pPr>
        <w:jc w:val="center"/>
      </w:pPr>
      <w:hyperlink r:id="rId9">
        <w:r>
          <w:rPr>
            <w:color w:val="0000FF"/>
            <w:u w:val="single"/>
          </w:rPr>
          <w:t>https://modelos-br.com/contrato-de-separacao-de-bens/</w:t>
        </w:r>
      </w:hyperlink>
    </w:p>
    <w:p>
      <w:pPr>
        <w:jc w:val="center"/>
      </w:pPr>
      <w:r>
        <w:rPr>
          <w:color w:val="555555"/>
          <w:sz w:val="26"/>
        </w:rPr>
        <w:t>Este modelo foi útil para você?</w:t>
      </w:r>
    </w:p>
    <w:p>
      <w:pPr>
        <w:jc w:val="center"/>
      </w:pPr>
      <w:r>
        <w:rPr>
          <w:color w:val="555555"/>
          <w:sz w:val="26"/>
        </w:rPr>
        <w:t>Encontre outros modelos atualizados em:</w:t>
      </w:r>
    </w:p>
    <w:p>
      <w:pPr>
        <w:jc w:val="center"/>
      </w:pPr>
      <w:hyperlink r:id="rId10">
        <w:r>
          <w:rPr>
            <w:color w:val="0000FF"/>
            <w:u w:val="single"/>
          </w:rPr>
          <w:t>https://modelos-br.com</w:t>
        </w:r>
      </w:hyperlink>
    </w:p>
    <w:p>
      <w:pPr>
        <w:jc w:val="center"/>
      </w:pPr>
      <w:r>
        <w:rPr>
          <w:color w:val="808080"/>
          <w:sz w:val="20"/>
        </w:rPr>
        <w:t>Este modelo é destinado exclusivamente para uso pessoal e não comercial.</w:t>
        <w:br/>
        <w:t>Ao compartilhar ou publicar, a citação da fonte é obrigatória. © modelos-br.com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odelos-br.com/contrato-de-separacao-de-bens/" TargetMode="External"/><Relationship Id="rId10" Type="http://schemas.openxmlformats.org/officeDocument/2006/relationships/hyperlink" Target="https://modelos-b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