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TRABALHO SEM CARTEIRA ASSINADA</w:t>
      </w:r>
    </w:p>
    <w:p/>
    <w:p>
      <w:r>
        <w:rPr>
          <w:b w:val="0"/>
          <w:sz w:val="20"/>
        </w:rPr>
        <w:t>Pelo presente instrumento particular, de um lado, como EMPREGADOR(a): _________________________________________________________,</w:t>
      </w:r>
    </w:p>
    <w:p>
      <w:r>
        <w:rPr>
          <w:b w:val="0"/>
          <w:sz w:val="20"/>
        </w:rPr>
        <w:t>portador(a) do CPF nº ____________________, residente e domiciliado(a) à ________________________________________________,</w:t>
      </w:r>
    </w:p>
    <w:p>
      <w:r>
        <w:rPr>
          <w:b w:val="0"/>
          <w:sz w:val="20"/>
        </w:rPr>
        <w:t>e, de outro lado, como EMPREGADO(a): _____________________________________________________________,</w:t>
      </w:r>
    </w:p>
    <w:p>
      <w:r>
        <w:rPr>
          <w:b w:val="0"/>
          <w:sz w:val="20"/>
        </w:rPr>
        <w:t>portador(a) do CPF nº ____________________, residente e domiciliado(a) à ________________________________________________,</w:t>
      </w:r>
    </w:p>
    <w:p>
      <w:r>
        <w:rPr>
          <w:b w:val="0"/>
          <w:sz w:val="20"/>
        </w:rPr>
        <w:t>resolvem celebrar o presente CONTRATO DE TRABALHO, que se regerá pelas cláusulas e condições seguintes:</w:t>
      </w:r>
    </w:p>
    <w:p/>
    <w:p>
      <w:r>
        <w:rPr>
          <w:b/>
          <w:sz w:val="22"/>
        </w:rPr>
        <w:t>CLÁUSULA PRIMEIRA - DA FUNÇÃO</w:t>
      </w:r>
    </w:p>
    <w:p>
      <w:r>
        <w:rPr>
          <w:b w:val="0"/>
          <w:sz w:val="20"/>
        </w:rPr>
        <w:t>O(a) EMPREGADO(a) exercerá a função de __________________________________________________________,</w:t>
      </w:r>
    </w:p>
    <w:p>
      <w:r>
        <w:rPr>
          <w:b w:val="0"/>
          <w:sz w:val="20"/>
        </w:rPr>
        <w:t>desempenhando suas atividades conforme as ordens e instruções do(a) EMPREGADOR(a).</w:t>
      </w:r>
    </w:p>
    <w:p/>
    <w:p>
      <w:r>
        <w:rPr>
          <w:b/>
          <w:sz w:val="22"/>
        </w:rPr>
        <w:t>CLÁUSULA SEGUNDA - DA JORNADA DE TRABALHO</w:t>
      </w:r>
    </w:p>
    <w:p>
      <w:r>
        <w:rPr>
          <w:b w:val="0"/>
          <w:sz w:val="20"/>
        </w:rPr>
        <w:t>A jornada de trabalho será de ___ horas diárias, totalizando ___ horas semanais, com início às ______ horas e término às ______ horas,</w:t>
      </w:r>
    </w:p>
    <w:p>
      <w:r>
        <w:rPr>
          <w:b w:val="0"/>
          <w:sz w:val="20"/>
        </w:rPr>
        <w:t>com intervalo para descanso e alimentação de ______ minutos.</w:t>
      </w:r>
    </w:p>
    <w:p/>
    <w:p>
      <w:r>
        <w:rPr>
          <w:b/>
          <w:sz w:val="22"/>
        </w:rPr>
        <w:t>CLÁUSULA TERCEIRA - DA REMUNERAÇÃO</w:t>
      </w:r>
    </w:p>
    <w:p>
      <w:r>
        <w:rPr>
          <w:b w:val="0"/>
          <w:sz w:val="20"/>
        </w:rPr>
        <w:t>O(a) EMPREGADO(a) receberá, a título de salário mensal, a quantia de R$ ________________ (__________________________________________),</w:t>
      </w:r>
    </w:p>
    <w:p>
      <w:r>
        <w:rPr>
          <w:b w:val="0"/>
          <w:sz w:val="20"/>
        </w:rPr>
        <w:t>paga até o __º dia útil do mês subsequente ao trabalhado, mediante depósito em conta bancária ou outro meio acordado entre as partes.</w:t>
      </w:r>
    </w:p>
    <w:p/>
    <w:p>
      <w:r>
        <w:rPr>
          <w:b/>
          <w:sz w:val="22"/>
        </w:rPr>
        <w:t>CLÁUSULA QUARTA - DAS OBRIGAÇÕES DO EMPREGADO</w:t>
      </w:r>
    </w:p>
    <w:p>
      <w:r>
        <w:rPr>
          <w:b w:val="0"/>
          <w:sz w:val="20"/>
        </w:rPr>
        <w:t>O(a) EMPREGADO(a) compromete-se a cumprir suas funções com diligência, assiduidade, pontualidade e zelo,</w:t>
      </w:r>
    </w:p>
    <w:p>
      <w:r>
        <w:rPr>
          <w:b w:val="0"/>
          <w:sz w:val="20"/>
        </w:rPr>
        <w:t>obedecendo às normas internas do(a) EMPREGADOR(a) e às determinações legais aplicáveis.</w:t>
      </w:r>
    </w:p>
    <w:p/>
    <w:p>
      <w:r>
        <w:rPr>
          <w:b/>
          <w:sz w:val="22"/>
        </w:rPr>
        <w:t>CLÁUSULA QUINTA - DAS OBRIGAÇÕES DO EMPREGADOR</w:t>
      </w:r>
    </w:p>
    <w:p>
      <w:r>
        <w:rPr>
          <w:b w:val="0"/>
          <w:sz w:val="20"/>
        </w:rPr>
        <w:t>O(a) EMPREGADOR(a) compromete-se a fornecer as condições adequadas para a execução do trabalho,</w:t>
      </w:r>
    </w:p>
    <w:p>
      <w:r>
        <w:rPr>
          <w:b w:val="0"/>
          <w:sz w:val="20"/>
        </w:rPr>
        <w:t>além de pagar pontualmente a remuneração ajustada e respeitar os direitos trabalhistas previstos em lei.</w:t>
      </w:r>
    </w:p>
    <w:p/>
    <w:p>
      <w:r>
        <w:rPr>
          <w:b/>
          <w:sz w:val="22"/>
        </w:rPr>
        <w:t>CLÁUSULA SEXTA - DO LOCAL DE TRABALHO</w:t>
      </w:r>
    </w:p>
    <w:p>
      <w:r>
        <w:rPr>
          <w:b w:val="0"/>
          <w:sz w:val="20"/>
        </w:rPr>
        <w:t>O trabalho será realizado no seguinte endereço: ________________________________________________, podendo o(a) EMPREGADOR(a)</w:t>
      </w:r>
    </w:p>
    <w:p>
      <w:r>
        <w:rPr>
          <w:b w:val="0"/>
          <w:sz w:val="20"/>
        </w:rPr>
        <w:t>alterar o local de prestação do serviço, desde que respeitados os direitos do(a) EMPREGADO(a).</w:t>
      </w:r>
    </w:p>
    <w:p/>
    <w:p>
      <w:r>
        <w:rPr>
          <w:b/>
          <w:sz w:val="22"/>
        </w:rPr>
        <w:t>CLÁUSULA SÉTIMA - DO PRAZO DO CONTRATO</w:t>
      </w:r>
    </w:p>
    <w:p>
      <w:r>
        <w:rPr>
          <w:b w:val="0"/>
          <w:sz w:val="20"/>
        </w:rPr>
        <w:t>O presente contrato é celebrado por prazo indeterminado, iniciando-se na data de assinatura deste instrumento.</w:t>
      </w:r>
    </w:p>
    <w:p/>
    <w:p>
      <w:r>
        <w:rPr>
          <w:b/>
          <w:sz w:val="22"/>
        </w:rPr>
        <w:t>CLÁUSULA OITAVA - DO DESCANSO</w:t>
      </w:r>
    </w:p>
    <w:p>
      <w:r>
        <w:rPr>
          <w:b w:val="0"/>
          <w:sz w:val="20"/>
        </w:rPr>
        <w:t>O(a) EMPREGADO(a) terá direito ao descanso semanal remunerado, preferencialmente aos domingos, e aos feriados conforme legislação vigente.</w:t>
      </w:r>
    </w:p>
    <w:p/>
    <w:p>
      <w:r>
        <w:rPr>
          <w:b/>
          <w:sz w:val="22"/>
        </w:rPr>
        <w:t>CLÁUSULA NONA - DAS FÉRIAS E 13º SALÁRIO</w:t>
      </w:r>
    </w:p>
    <w:p>
      <w:r>
        <w:rPr>
          <w:b w:val="0"/>
          <w:sz w:val="20"/>
        </w:rPr>
        <w:t>O(a) EMPREGADO(a) fará jus às férias anuais remuneradas de acordo com a legislação trabalhista, bem como ao pagamento do 13º salário proporcional.</w:t>
      </w:r>
    </w:p>
    <w:p/>
    <w:p>
      <w:r>
        <w:rPr>
          <w:b/>
          <w:sz w:val="22"/>
        </w:rPr>
        <w:t>CLÁUSULA DÉCIMA - DAS FALTAS E ATRASOS</w:t>
      </w:r>
    </w:p>
    <w:p>
      <w:r>
        <w:rPr>
          <w:b w:val="0"/>
          <w:sz w:val="20"/>
        </w:rPr>
        <w:t>As faltas e atrasos deverão ser justificados pelo(a) EMPREGADO(a). Faltas injustificadas poderão acarretar descontos na remuneração ou outras medidas legais.</w:t>
      </w:r>
    </w:p>
    <w:p/>
    <w:p>
      <w:r>
        <w:rPr>
          <w:b/>
          <w:sz w:val="22"/>
        </w:rPr>
        <w:t>CLÁUSULA DÉCIMA PRIMEIRA - DA RESCISÃO CONTRATUAL</w:t>
      </w:r>
    </w:p>
    <w:p>
      <w:r>
        <w:rPr>
          <w:b w:val="0"/>
          <w:sz w:val="20"/>
        </w:rPr>
        <w:t>O presente contrato poderá ser rescindido por qualquer das partes, mediante aviso prévio ou indenização correspondente, nos termos da legislação vigente.</w:t>
      </w:r>
    </w:p>
    <w:p/>
    <w:p>
      <w:r>
        <w:rPr>
          <w:b/>
          <w:sz w:val="22"/>
        </w:rPr>
        <w:t>CLÁUSULA DÉCIMA SEGUNDA - DAS PENALIDADES</w:t>
      </w:r>
    </w:p>
    <w:p>
      <w:r>
        <w:rPr>
          <w:b w:val="0"/>
          <w:sz w:val="20"/>
        </w:rPr>
        <w:t>O descumprimento das cláusulas contratuais poderá acarretar aplicação de penalidades previstas na legislação, incluindo advertências e rescisão por justa causa.</w:t>
      </w:r>
    </w:p>
    <w:p/>
    <w:p>
      <w:r>
        <w:rPr>
          <w:b/>
          <w:sz w:val="22"/>
        </w:rPr>
        <w:t>CLÁUSULA DÉCIMA TERCEIRA - DAS DISPOSIÇÕES GERAIS</w:t>
      </w:r>
    </w:p>
    <w:p>
      <w:r>
        <w:rPr>
          <w:b w:val="0"/>
          <w:sz w:val="20"/>
        </w:rPr>
        <w:t>As partes reconhecem que este contrato é celebrado sem registro em Carteira de Trabalho,</w:t>
      </w:r>
    </w:p>
    <w:p>
      <w:r>
        <w:rPr>
          <w:b w:val="0"/>
          <w:sz w:val="20"/>
        </w:rPr>
        <w:t>mas com a intenção de regularizar a relação de trabalho e garantir os direitos básicos do(a) EMPREGADO(a).</w:t>
      </w:r>
    </w:p>
    <w:p/>
    <w:p>
      <w:r>
        <w:rPr>
          <w:b/>
          <w:sz w:val="22"/>
        </w:rPr>
        <w:t>CLÁUSULA DÉCIMA QUARTA -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________________________,</w:t>
      </w:r>
    </w:p>
    <w:p>
      <w:r>
        <w:rPr>
          <w:b w:val="0"/>
          <w:sz w:val="20"/>
        </w:rPr>
        <w:t>renunciando a qualquer outro por mais privilegiado que seja.</w:t>
      </w:r>
    </w:p>
    <w:p/>
    <w:p>
      <w:r>
        <w:rPr>
          <w:b w:val="0"/>
          <w:sz w:val="20"/>
        </w:rPr>
        <w:t>E por estarem assim justos e contratados, firmam o presente em duas vias de igual teor e forma, para um só efeito legal.</w:t>
      </w:r>
    </w:p>
    <w:p/>
    <w:p/>
    <w:p>
      <w:r>
        <w:rPr>
          <w:b/>
          <w:sz w:val="20"/>
        </w:rPr>
        <w:t>______________________________________________                      ______________________________________________</w:t>
      </w:r>
    </w:p>
    <w:p>
      <w:r>
        <w:rPr>
          <w:b w:val="0"/>
          <w:sz w:val="20"/>
        </w:rPr>
        <w:t>EMPREGADOR(A)                                                              EMPREGADO(A)</w:t>
      </w:r>
    </w:p>
    <w:p/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1. Nome: __________________________________________ CPF: ____________________________</w:t>
      </w:r>
    </w:p>
    <w:p>
      <w:r>
        <w:rPr>
          <w:b w:val="0"/>
          <w:sz w:val="20"/>
        </w:rPr>
        <w:t>2. Nome: __________________________________________ CPF: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https://modelos-br.com/contrato-de-trabalho-sem-carteira-assinada/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trabalho-sem-carteira-assinad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