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EDUCACIONAIS – REFORÇO ESCOLAR</w:t>
      </w:r>
    </w:p>
    <w:p/>
    <w:p/>
    <w:p>
      <w:pPr>
        <w:jc w:val="both"/>
      </w:pPr>
      <w:r>
        <w:rPr>
          <w:b w:val="0"/>
          <w:sz w:val="20"/>
        </w:rPr>
        <w:t>Pelo presente instrumento particular, de um lado, __________________________________________________, brasileiro(a), portador(a) do CPF nº ____________________, residente e domiciliado(a) à ________________________________________________________________, doravante denominado(a) CONTRATANTE, e de outro lado, __________________________________________________, brasileiro(a), portador(a) do CPF nº ____________________, residente e domiciliado(a) à ________________________________________________________________, doravante denominado(a) CONTRATADO(A), têm entre si justo e contratado o seguinte:</w:t>
      </w:r>
    </w:p>
    <w:p/>
    <w:p/>
    <w:p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sz w:val="20"/>
        </w:rPr>
        <w:t>1.1 Constitui objeto deste contrato a prestação de serviços educacionais, consistentes em aulas de reforço escolar destinadas ao(s) aluno(s) indicado(s) pelo CONTRATANTE, com o objetivo de auxiliar no aprendizado e desenvolvimento acadêmico.</w:t>
      </w:r>
    </w:p>
    <w:p/>
    <w:p/>
    <w:p>
      <w:r>
        <w:rPr>
          <w:b/>
          <w:sz w:val="22"/>
        </w:rPr>
        <w:t>CLÁUSULA 2ª – DAS AULAS</w:t>
      </w:r>
    </w:p>
    <w:p>
      <w:pPr>
        <w:jc w:val="both"/>
      </w:pPr>
      <w:r>
        <w:rPr>
          <w:b w:val="0"/>
          <w:sz w:val="20"/>
        </w:rPr>
        <w:t>2.1 As aulas serão ministradas pelo CONTRATADO(A) de acordo com as necessidades do CONTRATANTE, em dias e horários previamente ajustados entre as partes.</w:t>
        <w:br/>
        <w:t>2.2 O local das aulas poderá ser na residência do CONTRATANTE, no domicílio do CONTRATADO(A) ou outro local acordado.</w:t>
        <w:br/>
        <w:t>2.3 Cada aula terá duração de __ horas, salvo acordo em contrário.</w:t>
      </w:r>
    </w:p>
    <w:p/>
    <w:p/>
    <w:p>
      <w:r>
        <w:rPr>
          <w:b/>
          <w:sz w:val="22"/>
        </w:rPr>
        <w:t>CLÁUSULA 3ª – DAS OBRIGAÇÕES DO CONTRATADO(A)</w:t>
      </w:r>
    </w:p>
    <w:p>
      <w:pPr>
        <w:jc w:val="both"/>
      </w:pPr>
      <w:r>
        <w:rPr>
          <w:b w:val="0"/>
          <w:sz w:val="20"/>
        </w:rPr>
        <w:t>3.1 Ministrar as aulas com pontualidade, assiduidade e dedicação, empregando seus conhecimentos para o melhor desenvolvimento do aluno.</w:t>
        <w:br/>
        <w:t>3.2 Manter sigilo sobre informações pessoais e acadêmicas do aluno e do CONTRATANTE.</w:t>
        <w:br/>
        <w:t>3.3 Comunicar previamente ao CONTRATANTE qualquer impossibilidade de ministrar aulas agendadas.</w:t>
      </w:r>
    </w:p>
    <w:p/>
    <w:p/>
    <w:p>
      <w:r>
        <w:rPr>
          <w:b/>
          <w:sz w:val="22"/>
        </w:rPr>
        <w:t>CLÁUSULA 4ª – DAS OBRIGAÇÕES DO CONTRATANTE</w:t>
      </w:r>
    </w:p>
    <w:p>
      <w:pPr>
        <w:jc w:val="both"/>
      </w:pPr>
      <w:r>
        <w:rPr>
          <w:b w:val="0"/>
          <w:sz w:val="20"/>
        </w:rPr>
        <w:t>4.1 Fornecer todas as informações necessárias para o adequado desenvolvimento das aulas.</w:t>
        <w:br/>
        <w:t>4.2 Garantir o pagamento pontual do valor contratado.</w:t>
        <w:br/>
        <w:t>4.3 Disponibilizar local adequado para a realização das aulas, quando o local for de sua responsabilidade.</w:t>
        <w:br/>
        <w:t>4.4 Informar com antecedência mínima de 24 (vinte e quatro) horas sobre eventuais faltas ou cancelamentos.</w:t>
      </w:r>
    </w:p>
    <w:p/>
    <w:p/>
    <w:p>
      <w:r>
        <w:rPr>
          <w:b/>
          <w:sz w:val="22"/>
        </w:rPr>
        <w:t>CLÁUSULA 5ª – DO VALOR E FORMA DE PAGAMENTO</w:t>
      </w:r>
    </w:p>
    <w:p>
      <w:pPr>
        <w:jc w:val="both"/>
      </w:pPr>
      <w:r>
        <w:rPr>
          <w:b w:val="0"/>
          <w:sz w:val="20"/>
        </w:rPr>
        <w:t>5.1 Pelo serviço prestado, o CONTRATANTE pagará ao CONTRATADO(A) o valor de R$ ______________ (__________________________), por aula/por pacote mensal, conforme ajustado entre as partes.</w:t>
        <w:br/>
        <w:t>5.2 O pagamento deverá ser efetuado até o dia __ de cada mês, via ____________________________________________________.</w:t>
        <w:br/>
        <w:t>5.3 Em caso de atraso no pagamento, incidirá multa de 2% (dois por cento) sobre o valor devido, mais juros de 1% (um por cento) ao mês.</w:t>
      </w:r>
    </w:p>
    <w:p/>
    <w:p/>
    <w:p>
      <w:r>
        <w:rPr>
          <w:b/>
          <w:sz w:val="22"/>
        </w:rPr>
        <w:t>CLÁUSULA 6ª – DA VIGÊNCIA</w:t>
      </w:r>
    </w:p>
    <w:p>
      <w:pPr>
        <w:jc w:val="both"/>
      </w:pPr>
      <w:r>
        <w:rPr>
          <w:b w:val="0"/>
          <w:sz w:val="20"/>
        </w:rPr>
        <w:t>6.1 Este contrato terá vigência pelo prazo de __ meses, iniciando-se na data de sua assinatura.</w:t>
        <w:br/>
        <w:t>6.2 O contrato poderá ser renovado automaticamente, salvo manifestação em contrário por escrito de qualquer das partes.</w:t>
      </w:r>
    </w:p>
    <w:p/>
    <w:p/>
    <w:p>
      <w:r>
        <w:rPr>
          <w:b/>
          <w:sz w:val="22"/>
        </w:rPr>
        <w:t>CLÁUSULA 7ª – DA RESCISÃO</w:t>
      </w:r>
    </w:p>
    <w:p>
      <w:pPr>
        <w:jc w:val="both"/>
      </w:pPr>
      <w:r>
        <w:rPr>
          <w:b w:val="0"/>
          <w:sz w:val="20"/>
        </w:rPr>
        <w:t>7.1 O presente contrato poderá ser rescindido por qualquer das partes, mediante aviso prévio por escrito de 30 (trinta) dias.</w:t>
        <w:br/>
        <w:t>7.2 A rescisão imediata poderá ocorrer em caso de descumprimento de quaisquer cláusulas deste contrato, sem prejuízo das medidas legais cabíveis.</w:t>
        <w:br/>
        <w:t>7.3 Na hipótese de rescisão antecipada sem aviso prévio, a parte infratora deverá indenizar a outra, pagando o valor correspondente a __ aulas/mensalidades.</w:t>
      </w:r>
    </w:p>
    <w:p/>
    <w:p/>
    <w:p>
      <w:r>
        <w:rPr>
          <w:b/>
          <w:sz w:val="22"/>
        </w:rPr>
        <w:t>CLÁUSULA 8ª – DA RESPONSABILIDADE</w:t>
      </w:r>
    </w:p>
    <w:p>
      <w:pPr>
        <w:jc w:val="both"/>
      </w:pPr>
      <w:r>
        <w:rPr>
          <w:b w:val="0"/>
          <w:sz w:val="20"/>
        </w:rPr>
        <w:t>8.1 O CONTRATADO(A) não se responsabiliza por danos, perdas ou extravios de materiais didáticos, equipamentos eletrônicos ou outros objetos pessoais durante a prestação dos serviços.</w:t>
        <w:br/>
        <w:t>8.2 O CONTRATANTE é responsável pela supervisão do aluno, especialmente se menor de idade, durante as aulas realizadas fora do domicílio do CONTRATADO(A).</w:t>
      </w:r>
    </w:p>
    <w:p/>
    <w:p/>
    <w:p>
      <w:r>
        <w:rPr>
          <w:b/>
          <w:sz w:val="22"/>
        </w:rPr>
        <w:t>CLÁUSULA 9ª – DO SIGILO E CONFIDENCIALIDADE</w:t>
      </w:r>
    </w:p>
    <w:p>
      <w:pPr>
        <w:jc w:val="both"/>
      </w:pPr>
      <w:r>
        <w:rPr>
          <w:b w:val="0"/>
          <w:sz w:val="20"/>
        </w:rPr>
        <w:t>9.1 As partes comprometem-se a manter sigilo sobre todas as informações, dados e documentos trocados em virtude deste contrato, não podendo divulgá-los a terceiros sem prévia autorização.</w:t>
      </w:r>
    </w:p>
    <w:p/>
    <w:p/>
    <w:p>
      <w:r>
        <w:rPr>
          <w:b/>
          <w:sz w:val="22"/>
        </w:rPr>
        <w:t>CLÁUSULA 10ª – DO FORO</w:t>
      </w:r>
    </w:p>
    <w:p>
      <w:pPr>
        <w:jc w:val="both"/>
      </w:pPr>
      <w:r>
        <w:rPr>
          <w:b w:val="0"/>
          <w:sz w:val="20"/>
        </w:rPr>
        <w:t>10.1 Para dirimir quaisquer controvérsias decorrentes deste contrato, as partes elegem o foro da comarca de ________________, com renúncia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E, por estarem assim justos e contratados, firmam o presente contrato em duas vias de igual teor e forma.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  <w:br/>
              <w:t>Nome:</w:t>
              <w:br/>
              <w:t>CPF: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CONTRATADO(A)</w:t>
              <w:br/>
              <w:t>Nome:</w:t>
              <w:br/>
              <w:t>CPF: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__/__/____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__/__/____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https://modelos-br.com/contrato-para-reforco-escolar/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para-reforco-escolar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