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CONTRATO DE SOCIEDADE EM CONTA DE PARTICIPAÇÃO – SCP</w:t>
      </w:r>
    </w:p>
    <w:p/>
    <w:p/>
    <w:p>
      <w:pPr>
        <w:jc w:val="both"/>
      </w:pPr>
      <w:r>
        <w:rPr>
          <w:b w:val="0"/>
          <w:i w:val="0"/>
          <w:sz w:val="22"/>
        </w:rPr>
        <w:t>Pelo presente instrumento particular, as partes abaixo qualificadas resolvem constituir uma SOCIEDADE EM CONTA DE PARTICIPAÇÃO, que se regerá pelas cláusulas e condições seguintes e, nos casos omissos, pela legislação brasileira aplicável, especialmente o Código Civil e normas correlatas.</w:t>
      </w:r>
    </w:p>
    <w:p/>
    <w:p/>
    <w:p>
      <w:pPr>
        <w:jc w:val="both"/>
      </w:pPr>
      <w:r>
        <w:rPr>
          <w:b/>
          <w:i w:val="0"/>
          <w:sz w:val="22"/>
        </w:rPr>
        <w:t>CLÁUSULA 1ª – DAS PARTES</w:t>
      </w:r>
    </w:p>
    <w:p>
      <w:pPr>
        <w:jc w:val="both"/>
      </w:pPr>
      <w:r>
        <w:rPr>
          <w:b w:val="0"/>
          <w:i w:val="0"/>
          <w:sz w:val="22"/>
        </w:rPr>
        <w:t>1.1 – PARTICIPANTE (SÓCIO OCULTO):</w:t>
      </w:r>
    </w:p>
    <w:p>
      <w:pPr>
        <w:jc w:val="both"/>
      </w:pPr>
      <w:r>
        <w:rPr>
          <w:b w:val="0"/>
          <w:i w:val="0"/>
          <w:sz w:val="22"/>
        </w:rPr>
        <w:t>Nome: 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Nacionalidade: _____________________________________</w:t>
      </w:r>
    </w:p>
    <w:p>
      <w:pPr>
        <w:jc w:val="both"/>
      </w:pPr>
      <w:r>
        <w:rPr>
          <w:b w:val="0"/>
          <w:i w:val="0"/>
          <w:sz w:val="22"/>
        </w:rPr>
        <w:t>Estado Civil: ______________________________________</w:t>
      </w:r>
    </w:p>
    <w:p>
      <w:pPr>
        <w:jc w:val="both"/>
      </w:pPr>
      <w:r>
        <w:rPr>
          <w:b w:val="0"/>
          <w:i w:val="0"/>
          <w:sz w:val="22"/>
        </w:rPr>
        <w:t>Profissão: 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CPF/CNPJ: 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Endereço: 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______________________________________________________________________________</w:t>
      </w:r>
    </w:p>
    <w:p/>
    <w:p>
      <w:pPr>
        <w:jc w:val="both"/>
      </w:pPr>
      <w:r>
        <w:rPr>
          <w:b w:val="0"/>
          <w:i w:val="0"/>
          <w:sz w:val="22"/>
        </w:rPr>
        <w:t>1.2 – GERENTE (SÓCIO GERENTE):</w:t>
      </w:r>
    </w:p>
    <w:p>
      <w:pPr>
        <w:jc w:val="both"/>
      </w:pPr>
      <w:r>
        <w:rPr>
          <w:b w:val="0"/>
          <w:i w:val="0"/>
          <w:sz w:val="22"/>
        </w:rPr>
        <w:t>Nome: ____________________________________________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Nacionalidade: _____________________________________</w:t>
      </w:r>
    </w:p>
    <w:p>
      <w:pPr>
        <w:jc w:val="both"/>
      </w:pPr>
      <w:r>
        <w:rPr>
          <w:b w:val="0"/>
          <w:i w:val="0"/>
          <w:sz w:val="22"/>
        </w:rPr>
        <w:t>Estado Civil: ______________________________________</w:t>
      </w:r>
    </w:p>
    <w:p>
      <w:pPr>
        <w:jc w:val="both"/>
      </w:pPr>
      <w:r>
        <w:rPr>
          <w:b w:val="0"/>
          <w:i w:val="0"/>
          <w:sz w:val="22"/>
        </w:rPr>
        <w:t>Profissão: 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CPF/CNPJ: 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Endereço: ________________________________________</w:t>
      </w:r>
    </w:p>
    <w:p>
      <w:pPr>
        <w:jc w:val="both"/>
      </w:pPr>
      <w:r>
        <w:rPr>
          <w:b w:val="0"/>
          <w:i w:val="0"/>
          <w:sz w:val="22"/>
        </w:rPr>
        <w:t>______________________________________________________________________________</w:t>
      </w:r>
    </w:p>
    <w:p/>
    <w:p/>
    <w:p>
      <w:pPr>
        <w:jc w:val="both"/>
      </w:pPr>
      <w:r>
        <w:rPr>
          <w:b/>
          <w:i w:val="0"/>
          <w:sz w:val="22"/>
        </w:rPr>
        <w:t>CLÁUSULA 2ª – DO OBJETO</w:t>
      </w:r>
    </w:p>
    <w:p>
      <w:pPr>
        <w:jc w:val="both"/>
      </w:pPr>
      <w:r>
        <w:rPr>
          <w:b w:val="0"/>
          <w:i w:val="0"/>
          <w:sz w:val="22"/>
        </w:rPr>
        <w:t>2.1 – O presente contrato tem por objeto a exploração conjunta da atividade empresarial de _________________________________________, mediante a participação do Sócio Oculto nos resultados obtidos pelo Sócio Gerente.</w:t>
      </w:r>
    </w:p>
    <w:p/>
    <w:p/>
    <w:p>
      <w:pPr>
        <w:jc w:val="both"/>
      </w:pPr>
      <w:r>
        <w:rPr>
          <w:b/>
          <w:i w:val="0"/>
          <w:sz w:val="22"/>
        </w:rPr>
        <w:t>CLÁUSULA 3ª – DA PARTICIPAÇÃO</w:t>
      </w:r>
    </w:p>
    <w:p>
      <w:pPr>
        <w:jc w:val="both"/>
      </w:pPr>
      <w:r>
        <w:rPr>
          <w:b w:val="0"/>
          <w:i w:val="0"/>
          <w:sz w:val="22"/>
        </w:rPr>
        <w:t>3.1 – O Sócio Oculto investirá o valor de R$ ____________________________, que será utilizado exclusivamente pelo Sócio Gerente na execução do objeto deste contrato.</w:t>
      </w:r>
    </w:p>
    <w:p>
      <w:pPr>
        <w:jc w:val="both"/>
      </w:pPr>
      <w:r>
        <w:rPr>
          <w:b w:val="0"/>
          <w:i w:val="0"/>
          <w:sz w:val="22"/>
        </w:rPr>
        <w:t>3.2 – O Sócio Gerente responderá pela gestão, administração e execução das atividades relacionadas ao objeto social, atuando em seu nome e por sua conta.</w:t>
      </w:r>
    </w:p>
    <w:p>
      <w:pPr>
        <w:jc w:val="both"/>
      </w:pPr>
      <w:r>
        <w:rPr>
          <w:b w:val="0"/>
          <w:i w:val="0"/>
          <w:sz w:val="22"/>
        </w:rPr>
        <w:t>3.3 – O Sócio Oculto participará dos lucros e prejuízos na proporção de _______% (____ por cento), ficando o Sócio Gerente com o restante, sendo vedada a responsabilidade do Sócio Oculto perante terceiros.</w:t>
      </w:r>
    </w:p>
    <w:p/>
    <w:p/>
    <w:p>
      <w:pPr>
        <w:jc w:val="both"/>
      </w:pPr>
      <w:r>
        <w:rPr>
          <w:b/>
          <w:i w:val="0"/>
          <w:sz w:val="22"/>
        </w:rPr>
        <w:t>CLÁUSULA 4ª – DA RESPONSABILIDADE</w:t>
      </w:r>
    </w:p>
    <w:p>
      <w:pPr>
        <w:jc w:val="both"/>
      </w:pPr>
      <w:r>
        <w:rPr>
          <w:b w:val="0"/>
          <w:i w:val="0"/>
          <w:sz w:val="22"/>
        </w:rPr>
        <w:t>4.1 – O Sócio Oculto não responderá, nem direta nem subsidiariamente, pelas obrigações contraídas pela Sociedade em Conta de Participação perante terceiros, sendo sua responsabilidade restrita ao valor do capital investido.</w:t>
      </w:r>
    </w:p>
    <w:p>
      <w:pPr>
        <w:jc w:val="both"/>
      </w:pPr>
      <w:r>
        <w:rPr>
          <w:b w:val="0"/>
          <w:i w:val="0"/>
          <w:sz w:val="22"/>
        </w:rPr>
        <w:t>4.2 – O Sócio Gerente responde ilimitadamente pelas obrigações da SCP, inclusive perante terceiros.</w:t>
      </w:r>
    </w:p>
    <w:p/>
    <w:p/>
    <w:p>
      <w:pPr>
        <w:jc w:val="both"/>
      </w:pPr>
      <w:r>
        <w:rPr>
          <w:b/>
          <w:i w:val="0"/>
          <w:sz w:val="22"/>
        </w:rPr>
        <w:t>CLÁUSULA 5ª – DA ADMINISTRAÇÃO</w:t>
      </w:r>
    </w:p>
    <w:p>
      <w:pPr>
        <w:jc w:val="both"/>
      </w:pPr>
      <w:r>
        <w:rPr>
          <w:b w:val="0"/>
          <w:i w:val="0"/>
          <w:sz w:val="22"/>
        </w:rPr>
        <w:t>5.1 – A administração da SCP caberá exclusivamente ao Sócio Gerente, que exercerá todos os poderes necessários para a gestão dos negócios.</w:t>
      </w:r>
    </w:p>
    <w:p>
      <w:pPr>
        <w:jc w:val="both"/>
      </w:pPr>
      <w:r>
        <w:rPr>
          <w:b w:val="0"/>
          <w:i w:val="0"/>
          <w:sz w:val="22"/>
        </w:rPr>
        <w:t>5.2 – O Sócio Gerente deverá prestar contas ao Sócio Oculto sempre que solicitado, com documentos comprobatórios.</w:t>
      </w:r>
    </w:p>
    <w:p/>
    <w:p/>
    <w:p>
      <w:pPr>
        <w:jc w:val="both"/>
      </w:pPr>
      <w:r>
        <w:rPr>
          <w:b/>
          <w:i w:val="0"/>
          <w:sz w:val="22"/>
        </w:rPr>
        <w:t>CLÁUSULA 6ª – DO PRAZO</w:t>
      </w:r>
    </w:p>
    <w:p>
      <w:pPr>
        <w:jc w:val="both"/>
      </w:pPr>
      <w:r>
        <w:rPr>
          <w:b w:val="0"/>
          <w:i w:val="0"/>
          <w:sz w:val="22"/>
        </w:rPr>
        <w:t>6.1 – A SCP terá prazo de duração de ______ (________) anos, iniciando-se na data da assinatura deste contrato, podendo ser prorrogada mediante acordo expressa entre as partes.</w:t>
      </w:r>
    </w:p>
    <w:p/>
    <w:p/>
    <w:p>
      <w:pPr>
        <w:jc w:val="both"/>
      </w:pPr>
      <w:r>
        <w:rPr>
          <w:b/>
          <w:i w:val="0"/>
          <w:sz w:val="22"/>
        </w:rPr>
        <w:t>CLÁUSULA 7ª – DA DISTRIBUIÇÃO DOS RESULTADOS</w:t>
      </w:r>
    </w:p>
    <w:p>
      <w:pPr>
        <w:jc w:val="both"/>
      </w:pPr>
      <w:r>
        <w:rPr>
          <w:b w:val="0"/>
          <w:i w:val="0"/>
          <w:sz w:val="22"/>
        </w:rPr>
        <w:t>7.1 – Os lucros apurados ao final de cada exercício social serão distribuídos entre o Sócio Oculto e o Sócio Gerente na proporção estabelecida na Cláusula 3ª.</w:t>
      </w:r>
    </w:p>
    <w:p>
      <w:pPr>
        <w:jc w:val="both"/>
      </w:pPr>
      <w:r>
        <w:rPr>
          <w:b w:val="0"/>
          <w:i w:val="0"/>
          <w:sz w:val="22"/>
        </w:rPr>
        <w:t>7.2 – Os prejuízos, se houver, serão suportados pelas partes na mesma proporção, sendo o Sócio Gerente responsável por eventual déficit perante terceiros.</w:t>
      </w:r>
    </w:p>
    <w:p/>
    <w:p/>
    <w:p>
      <w:pPr>
        <w:jc w:val="both"/>
      </w:pPr>
      <w:r>
        <w:rPr>
          <w:b/>
          <w:i w:val="0"/>
          <w:sz w:val="22"/>
        </w:rPr>
        <w:t>CLÁUSULA 8ª – DA RESCISÃO</w:t>
      </w:r>
    </w:p>
    <w:p>
      <w:pPr>
        <w:jc w:val="both"/>
      </w:pPr>
      <w:r>
        <w:rPr>
          <w:b w:val="0"/>
          <w:i w:val="0"/>
          <w:sz w:val="22"/>
        </w:rPr>
        <w:t>8.1 – O presente contrato poderá ser rescindido por qualquer das partes mediante comunicação escrita com antecedência mínima de 30 (trinta) dias.</w:t>
      </w:r>
    </w:p>
    <w:p>
      <w:pPr>
        <w:jc w:val="both"/>
      </w:pPr>
      <w:r>
        <w:rPr>
          <w:b w:val="0"/>
          <w:i w:val="0"/>
          <w:sz w:val="22"/>
        </w:rPr>
        <w:t>8.2 – Na hipótese de rescisão, será realizada a apuração e liquidação das contas entre as partes, respeitando-se a proporção da participação.</w:t>
      </w:r>
    </w:p>
    <w:p/>
    <w:p/>
    <w:p>
      <w:pPr>
        <w:jc w:val="both"/>
      </w:pPr>
      <w:r>
        <w:rPr>
          <w:b/>
          <w:i w:val="0"/>
          <w:sz w:val="22"/>
        </w:rPr>
        <w:t>CLÁUSULA 9ª – DAS DISPOSIÇÕES GERAIS</w:t>
      </w:r>
    </w:p>
    <w:p>
      <w:pPr>
        <w:jc w:val="both"/>
      </w:pPr>
      <w:r>
        <w:rPr>
          <w:b w:val="0"/>
          <w:i w:val="0"/>
          <w:sz w:val="22"/>
        </w:rPr>
        <w:t>9.1 – A SCP não possui personalidade jurídica distinta das partes, não podendo o Sócio Oculto praticar atos em nome da sociedade perante terceiros.</w:t>
      </w:r>
    </w:p>
    <w:p>
      <w:pPr>
        <w:jc w:val="both"/>
      </w:pPr>
      <w:r>
        <w:rPr>
          <w:b w:val="0"/>
          <w:i w:val="0"/>
          <w:sz w:val="22"/>
        </w:rPr>
        <w:t>9.2 – As partes elegem o foro da comarca de __________________________________ para dirimir quaisquer dúvidas oriundas deste contrato, com exclusão de qualquer outro, por mais privilegiado que seja.</w:t>
      </w:r>
    </w:p>
    <w:p/>
    <w:p/>
    <w:p>
      <w:pPr>
        <w:jc w:val="both"/>
      </w:pPr>
      <w:r>
        <w:rPr>
          <w:b w:val="0"/>
          <w:i w:val="0"/>
          <w:sz w:val="22"/>
        </w:rPr>
        <w:t>E, por estarem assim justas e contratadas, firmam o presente instrumento em 2 (duas) vias de igual teor e forma.</w:t>
      </w:r>
    </w:p>
    <w:p/>
    <w:p/>
    <w:p/>
    <w:p>
      <w:pPr>
        <w:jc w:val="center"/>
      </w:pPr>
      <w:r>
        <w:rPr>
          <w:sz w:val="22"/>
        </w:rPr>
        <w:t>__________________________________________</w:t>
        <w:br/>
        <w:t>Sócio Oculto</w:t>
        <w:br/>
        <w:t>CPF/CNPJ: _____________________________</w:t>
      </w:r>
    </w:p>
    <w:p/>
    <w:p/>
    <w:p/>
    <w:p/>
    <w:p>
      <w:pPr>
        <w:jc w:val="center"/>
      </w:pPr>
      <w:r>
        <w:rPr>
          <w:sz w:val="22"/>
        </w:rPr>
        <w:t>__________________________________________</w:t>
        <w:br/>
        <w:t>Sócio Gerente</w:t>
        <w:br/>
        <w:t>CPF/CNPJ: 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https://modelos-br.com/contrato-scp/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contrato-scp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