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</w:t>
      </w:r>
    </w:p>
    <w:p/>
    <w:p/>
    <w:p>
      <w:r>
        <w:rPr>
          <w:b/>
          <w:i w:val="0"/>
          <w:sz w:val="20"/>
        </w:rPr>
        <w:t>CONTRATANTE: _________________________________________________, pessoa física/jurídica, inscrita no CPF/CNPJ sob nº ________________________, com endereço na ________________________________________________, por seu representante legal abaixo assinado.</w:t>
      </w:r>
    </w:p>
    <w:p>
      <w:r>
        <w:rPr>
          <w:b/>
          <w:i w:val="0"/>
          <w:sz w:val="20"/>
        </w:rPr>
        <w:t>CONTRATADO: _________________________________________________, pessoa física/jurídica, inscrita no CPF/CNPJ sob nº ________________________, com endereço na ________________________________________________, doravante denominado simplesmente PRESTADOR.</w:t>
      </w:r>
    </w:p>
    <w:p/>
    <w:p>
      <w:r>
        <w:rPr>
          <w:b/>
          <w:sz w:val="22"/>
        </w:rPr>
        <w:t>1. OBJETO</w:t>
      </w:r>
    </w:p>
    <w:p>
      <w:r>
        <w:rPr>
          <w:b w:val="0"/>
          <w:i w:val="0"/>
          <w:sz w:val="20"/>
        </w:rPr>
        <w:t>1.1. O presente contrato tem por objeto a prestação dos seguintes serviços:</w:t>
      </w:r>
    </w:p>
    <w:p>
      <w:r>
        <w:rPr>
          <w:b w:val="0"/>
          <w:i/>
          <w:sz w:val="20"/>
        </w:rPr>
        <w:t>______________________________________________________________________________</w:t>
      </w:r>
    </w:p>
    <w:p>
      <w:r>
        <w:rPr>
          <w:b w:val="0"/>
          <w:i/>
          <w:sz w:val="20"/>
        </w:rPr>
        <w:t>______________________________________________________________________________</w:t>
      </w:r>
    </w:p>
    <w:p>
      <w:r>
        <w:rPr>
          <w:b w:val="0"/>
          <w:i w:val="0"/>
          <w:sz w:val="20"/>
        </w:rPr>
        <w:t>1.2. O PRESTADOR deverá executar os serviços com diligência, eficiência e qualidade, conforme as especificações acordadas entre as partes.</w:t>
      </w:r>
    </w:p>
    <w:p/>
    <w:p>
      <w:r>
        <w:rPr>
          <w:b/>
          <w:sz w:val="22"/>
        </w:rPr>
        <w:t>2. PRAZO</w:t>
      </w:r>
    </w:p>
    <w:p>
      <w:r>
        <w:rPr>
          <w:b w:val="0"/>
          <w:i w:val="0"/>
          <w:sz w:val="20"/>
        </w:rPr>
        <w:t>2.1. Este contrato terá início na data de sua assinatura e vigorará pelo prazo de _________ (________) meses, podendo ser renovado mediante acordo entre as partes.</w:t>
      </w:r>
    </w:p>
    <w:p>
      <w:r>
        <w:rPr>
          <w:b w:val="0"/>
          <w:i w:val="0"/>
          <w:sz w:val="20"/>
        </w:rPr>
        <w:t>2.2. A entrega dos serviços deverá ocorrer até o dia _____ de ________________ de ________, salvo motivo de força maior devidamente justificado.</w:t>
      </w:r>
    </w:p>
    <w:p/>
    <w:p>
      <w:r>
        <w:rPr>
          <w:b/>
          <w:sz w:val="22"/>
        </w:rPr>
        <w:t>3. VALOR E FORMA DE PAGAMENTO</w:t>
      </w:r>
    </w:p>
    <w:p>
      <w:r>
        <w:rPr>
          <w:b w:val="0"/>
          <w:i w:val="0"/>
          <w:sz w:val="20"/>
        </w:rPr>
        <w:t>3.1. Pelo serviço ora contratado, o CONTRATANTE pagará ao PRESTADOR a quantia total de R$ ________________ (___________________________________________________ reais).</w:t>
      </w:r>
    </w:p>
    <w:p>
      <w:r>
        <w:rPr>
          <w:b w:val="0"/>
          <w:i w:val="0"/>
          <w:sz w:val="20"/>
        </w:rPr>
        <w:t>3.2. O pagamento será efetuado da seguinte forma:</w:t>
      </w:r>
    </w:p>
    <w:p>
      <w:r>
        <w:rPr>
          <w:b w:val="0"/>
          <w:i w:val="0"/>
          <w:sz w:val="20"/>
        </w:rPr>
        <w:t>- _________________________________</w:t>
      </w:r>
    </w:p>
    <w:p>
      <w:r>
        <w:rPr>
          <w:b w:val="0"/>
          <w:i w:val="0"/>
          <w:sz w:val="20"/>
        </w:rPr>
        <w:t>- _________________________________</w:t>
      </w:r>
    </w:p>
    <w:p>
      <w:r>
        <w:rPr>
          <w:b w:val="0"/>
          <w:i w:val="0"/>
          <w:sz w:val="20"/>
        </w:rPr>
        <w:t>3.3. Em caso de atraso no pagamento, incidirá multa de 2% (dois por cento) sobre o valor devido, acrescida de juros de 1% (um por cento) ao mês.</w:t>
      </w:r>
    </w:p>
    <w:p/>
    <w:p>
      <w:r>
        <w:rPr>
          <w:b/>
          <w:sz w:val="22"/>
        </w:rPr>
        <w:t>4. OBRIGAÇÕES DO PRESTADOR</w:t>
      </w:r>
    </w:p>
    <w:p>
      <w:r>
        <w:rPr>
          <w:b w:val="0"/>
          <w:i w:val="0"/>
          <w:sz w:val="20"/>
        </w:rPr>
        <w:t>• Executar os serviços conforme o objeto deste contrato, observando prazos e qualidade.</w:t>
      </w:r>
    </w:p>
    <w:p>
      <w:r>
        <w:rPr>
          <w:b w:val="0"/>
          <w:i w:val="0"/>
          <w:sz w:val="20"/>
        </w:rPr>
        <w:t>• Fornecer relatórios e informações solicitadas pelo CONTRATANTE.</w:t>
      </w:r>
    </w:p>
    <w:p>
      <w:r>
        <w:rPr>
          <w:b w:val="0"/>
          <w:i w:val="0"/>
          <w:sz w:val="20"/>
        </w:rPr>
        <w:t>• Cumprir todas as normas técnicas, legais e regulamentares aplicáveis.</w:t>
      </w:r>
    </w:p>
    <w:p>
      <w:r>
        <w:rPr>
          <w:b w:val="0"/>
          <w:i w:val="0"/>
          <w:sz w:val="20"/>
        </w:rPr>
        <w:t>• Manter sigilo sobre informações confidenciais do CONTRATANTE.</w:t>
      </w:r>
    </w:p>
    <w:p>
      <w:r>
        <w:rPr>
          <w:b w:val="0"/>
          <w:i w:val="0"/>
          <w:sz w:val="20"/>
        </w:rPr>
        <w:t>• Responsabilizar-se por quaisquer danos causados em decorrência dos serviços prestados.</w:t>
      </w:r>
    </w:p>
    <w:p/>
    <w:p>
      <w:r>
        <w:rPr>
          <w:b/>
          <w:sz w:val="22"/>
        </w:rPr>
        <w:t>5. OBRIGAÇÕES DO CONTRATANTE</w:t>
      </w:r>
    </w:p>
    <w:p>
      <w:r>
        <w:rPr>
          <w:b w:val="0"/>
          <w:i w:val="0"/>
          <w:sz w:val="20"/>
        </w:rPr>
        <w:t>• Fornecer todas as informações e documentos necessários para a execução dos serviços.</w:t>
      </w:r>
    </w:p>
    <w:p>
      <w:r>
        <w:rPr>
          <w:b w:val="0"/>
          <w:i w:val="0"/>
          <w:sz w:val="20"/>
        </w:rPr>
        <w:t>• Efetuar os pagamentos conforme estabelecido neste contrato.</w:t>
      </w:r>
    </w:p>
    <w:p>
      <w:r>
        <w:rPr>
          <w:b w:val="0"/>
          <w:i w:val="0"/>
          <w:sz w:val="20"/>
        </w:rPr>
        <w:t>• Colaborar com o PRESTADOR para o bom andamento dos serviços.</w:t>
      </w:r>
    </w:p>
    <w:p>
      <w:r>
        <w:rPr>
          <w:b w:val="0"/>
          <w:i w:val="0"/>
          <w:sz w:val="20"/>
        </w:rPr>
        <w:t>• Comunicar eventuais problemas ou insatisfações com os serviços prestados.</w:t>
      </w:r>
    </w:p>
    <w:p/>
    <w:p>
      <w:r>
        <w:rPr>
          <w:b/>
          <w:sz w:val="22"/>
        </w:rPr>
        <w:t>6. RESCISÃO CONTRATUAL</w:t>
      </w:r>
    </w:p>
    <w:p>
      <w:r>
        <w:rPr>
          <w:b w:val="0"/>
          <w:i w:val="0"/>
          <w:sz w:val="20"/>
        </w:rPr>
        <w:t>6.1. O presente contrato poderá ser rescindido por qualquer das partes, mediante aviso prévio por escrito de 30 (trinta) dias.</w:t>
      </w:r>
    </w:p>
    <w:p>
      <w:r>
        <w:rPr>
          <w:b w:val="0"/>
          <w:i w:val="0"/>
          <w:sz w:val="20"/>
        </w:rPr>
        <w:t>6.2. Rescisão imediata poderá ocorrer em caso de descumprimento de qualquer cláusula aqui prevista, sem prejuízo das penalidades cabíveis.</w:t>
      </w:r>
    </w:p>
    <w:p>
      <w:r>
        <w:rPr>
          <w:b w:val="0"/>
          <w:i w:val="0"/>
          <w:sz w:val="20"/>
        </w:rPr>
        <w:t>6.3. Na hipótese de rescisão antecipada por iniciativa do CONTRATANTE, sem justa causa, será devido ao PRESTADOR o pagamento proporcional pelos serviços já executados.</w:t>
      </w:r>
    </w:p>
    <w:p/>
    <w:p>
      <w:r>
        <w:rPr>
          <w:b/>
          <w:sz w:val="22"/>
        </w:rPr>
        <w:t>7. CONFIDENCIALIDADE</w:t>
      </w:r>
    </w:p>
    <w:p>
      <w:r>
        <w:rPr>
          <w:b w:val="0"/>
          <w:i w:val="0"/>
          <w:sz w:val="20"/>
        </w:rPr>
        <w:t>7.1. As partes obrigam-se a manter sigilo absoluto sobre toda e qualquer informação trocada em razão deste contrato, não podendo divulgá-las a terceiros sem prévia autorização por escrito.</w:t>
      </w:r>
    </w:p>
    <w:p>
      <w:r>
        <w:rPr>
          <w:b w:val="0"/>
          <w:i w:val="0"/>
          <w:sz w:val="20"/>
        </w:rPr>
        <w:t>7.2. Esta obrigação perdurará mesmo após o término ou rescisão deste contrato.</w:t>
      </w:r>
    </w:p>
    <w:p/>
    <w:p>
      <w:r>
        <w:rPr>
          <w:b/>
          <w:sz w:val="22"/>
        </w:rPr>
        <w:t>8. PROPRIEDADE INTELECTUAL</w:t>
      </w:r>
    </w:p>
    <w:p>
      <w:r>
        <w:rPr>
          <w:b w:val="0"/>
          <w:i w:val="0"/>
          <w:sz w:val="20"/>
        </w:rPr>
        <w:t>8.1. Todos os direitos sobre os materiais, documentos, relatórios e demais resultados produzidos pelo PRESTADOR no decorrer deste contrato são de propriedade exclusiva do CONTRATANTE.</w:t>
      </w:r>
    </w:p>
    <w:p>
      <w:r>
        <w:rPr>
          <w:b w:val="0"/>
          <w:i w:val="0"/>
          <w:sz w:val="20"/>
        </w:rPr>
        <w:t>8.2. O PRESTADOR cede, desde já, todos os direitos patrimoniais sobre tais materiais, para uso, reprodução e divulgação pelo CONTRATANTE, sem limitações.</w:t>
      </w:r>
    </w:p>
    <w:p/>
    <w:p>
      <w:r>
        <w:rPr>
          <w:b/>
          <w:sz w:val="22"/>
        </w:rPr>
        <w:t>9. PENALIDADES</w:t>
      </w:r>
    </w:p>
    <w:p>
      <w:r>
        <w:rPr>
          <w:b w:val="0"/>
          <w:i w:val="0"/>
          <w:sz w:val="20"/>
        </w:rPr>
        <w:t>9.1. O descumprimento de quaisquer cláusulas deste contrato sujeitará a parte infratora ao pagamento de multa equivalente a 10% (dez por cento) do valor total contratado, sem prejuízo de perdas e danos.</w:t>
      </w:r>
    </w:p>
    <w:p/>
    <w:p>
      <w:r>
        <w:rPr>
          <w:b/>
          <w:sz w:val="22"/>
        </w:rPr>
        <w:t>10. FORO</w:t>
      </w:r>
    </w:p>
    <w:p>
      <w:r>
        <w:rPr>
          <w:b w:val="0"/>
          <w:i w:val="0"/>
          <w:sz w:val="20"/>
        </w:rPr>
        <w:t>10.1. Para dirimir quaisquer controvérsias oriundas deste contrato, as partes elegem o foro da comarca de ____________________, com renúncia a qualquer outro, por mais privilegiado que seja.</w:t>
      </w:r>
    </w:p>
    <w:p/>
    <w:p/>
    <w:p>
      <w:pPr>
        <w:jc w:val="center"/>
      </w:pPr>
      <w:r>
        <w:rPr>
          <w:b w:val="0"/>
          <w:i w:val="0"/>
          <w:sz w:val="20"/>
        </w:rPr>
        <w:t>E, por estarem assim justas e contratadas, firmam o presente em 2 (duas) vias de igual teor e forma.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______________________________</w:t>
            </w:r>
          </w:p>
        </w:tc>
      </w:tr>
    </w:tbl>
    <w:p/>
    <w:p/>
    <w:p>
      <w:pPr>
        <w:jc w:val="center"/>
      </w:pPr>
      <w:r>
        <w:rPr>
          <w:b w:val="0"/>
          <w:i/>
          <w:sz w:val="20"/>
        </w:rPr>
        <w:t>Este contrato foi elaborado conforme o modelo Visual Law, buscando máxima clareza, objetividade e facilidade de compreensão para ambas as partes.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https://modelos-br.com/contrato-visual-law/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visual-law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