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COMPARECIMENTO EM AUDIÊNCIA</w:t>
      </w:r>
    </w:p>
    <w:p/>
    <w:p/>
    <w:p>
      <w:pPr>
        <w:jc w:val="both"/>
      </w:pPr>
      <w:r>
        <w:rPr>
          <w:b w:val="0"/>
          <w:i w:val="0"/>
          <w:sz w:val="22"/>
        </w:rPr>
        <w:t>Eu, ________________________________________________, brasileiro(a), portador(a) do CPF nº ____________________, RG nº ____________________, residente e domiciliado(a) na ________________________________________________, na qualidade de ________________________________, DECLARO, para os devidos fins, que compareci perante o(a) MM. Juiz(a) da ___ Vara do Trabalho de ____________________________, na audiência designada nos autos do processo nº ____________________________, realizada nesta data, na qual tive ciência dos atos processuais e participei integralmente.</w:t>
      </w:r>
    </w:p>
    <w:p/>
    <w:p>
      <w:pPr>
        <w:jc w:val="both"/>
      </w:pPr>
      <w:r>
        <w:rPr>
          <w:b w:val="0"/>
          <w:i w:val="0"/>
          <w:sz w:val="22"/>
        </w:rPr>
        <w:t>Declaro ainda que este comparecimento se deu por minha livre e espontânea vontade, estando ciente das consequências legais decorrentes do não comparecimento em audiência, conforme previsto na legislação vigente.</w:t>
      </w:r>
    </w:p>
    <w:p/>
    <w:p>
      <w:pPr>
        <w:jc w:val="both"/>
      </w:pPr>
      <w:r>
        <w:rPr>
          <w:b w:val="0"/>
          <w:i w:val="0"/>
          <w:sz w:val="22"/>
        </w:rPr>
        <w:t>Por ser verdade, firmo a presente declaração para que produza seus efeitos legais.</w:t>
      </w:r>
    </w:p>
    <w:p/>
    <w:p/>
    <w:p/>
    <w:p>
      <w:pPr>
        <w:jc w:val="right"/>
      </w:pPr>
      <w:r>
        <w:rPr>
          <w:sz w:val="22"/>
        </w:rPr>
        <w:t>__________________________, _____ de ____________________ de _________.</w:t>
      </w:r>
    </w:p>
    <w:p/>
    <w:p/>
    <w:p/>
    <w:p/>
    <w:p>
      <w:pPr>
        <w:jc w:val="center"/>
      </w:pPr>
      <w:r>
        <w:rPr>
          <w:sz w:val="22"/>
        </w:rPr>
        <w:t>__________________________________________________</w:t>
      </w:r>
    </w:p>
    <w:p>
      <w:pPr>
        <w:jc w:val="center"/>
      </w:pPr>
      <w:r>
        <w:rPr>
          <w:i/>
          <w:sz w:val="20"/>
        </w:rPr>
        <w:t>Assinatura e nome completo</w:t>
      </w:r>
    </w:p>
    <w:p/>
    <w:p/>
    <w:p>
      <w:pPr>
        <w:jc w:val="both"/>
      </w:pPr>
      <w:r>
        <w:rPr>
          <w:sz w:val="18"/>
        </w:rPr>
        <w:t>Observação: Esta declaração é emitida para fins de comprovação de comparecimento em audiência judicial trabalhista.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https://modelos-br.com/declaracao-de-comparecimento-em-audiencia/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declaracao-de-comparecimento-em-audienci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