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HERDEIROS</w:t>
      </w:r>
    </w:p>
    <w:p/>
    <w:p/>
    <w:p>
      <w:r>
        <w:rPr>
          <w:b w:val="0"/>
          <w:sz w:val="22"/>
        </w:rPr>
        <w:t>Eu, ________________________________, brasileiro(a), estado civil __________, profissão ________________________, portador(a) do CPF nº ____________________, e do RG nº ____________________, residente e domiciliado(a) à ________________________________, declaro, para os devidos fins legais, que sou herdeiro(a) legítimo(a) do(a) falecido(a) ______________________________________________________, brasileiro(a), portador(a) do CPF nº ____________________, falecido(a) em _____________________.</w:t>
      </w:r>
    </w:p>
    <w:p/>
    <w:p>
      <w:r>
        <w:rPr>
          <w:b w:val="0"/>
          <w:sz w:val="22"/>
        </w:rPr>
        <w:t>Declaro, ainda, que são herdeiros legítimos, na qualidade de descendentes, ascendentes e/ou cônjuge, os seguintes, todos de acordo com a legislação vigente no Brasil: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 Completo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Grau de Parentesco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Data de Nascimento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</w:t>
            </w:r>
          </w:p>
        </w:tc>
        <w:tc>
          <w:tcPr>
            <w:tcW w:type="dxa" w:w="2493"/>
          </w:tcPr>
          <w:p>
            <w:r>
              <w:t>____/____/________</w:t>
            </w:r>
          </w:p>
        </w:tc>
        <w:tc>
          <w:tcPr>
            <w:tcW w:type="dxa" w:w="2493"/>
          </w:tcPr>
          <w:p>
            <w:r>
              <w:t>_________________________</w:t>
            </w:r>
          </w:p>
        </w:tc>
      </w:tr>
    </w:tbl>
    <w:p/>
    <w:p/>
    <w:p>
      <w:r>
        <w:rPr>
          <w:b w:val="0"/>
          <w:sz w:val="22"/>
        </w:rPr>
        <w:t>Declaro que, conforme meu conhecimento e fé, não existem outros herdeiros conhecidos ou indicados que possam disputar a herança do(a) falecido(a) acima mencionado(a).</w:t>
      </w:r>
    </w:p>
    <w:p/>
    <w:p>
      <w:r>
        <w:rPr>
          <w:b w:val="0"/>
          <w:sz w:val="22"/>
        </w:rPr>
        <w:t>Esta declaração é feita para fins de inventário, partilha, levantamento de valores, direitos, bens, ou para quaisquer outros fins legais.</w:t>
      </w:r>
    </w:p>
    <w:p/>
    <w:p/>
    <w:p/>
    <w:p>
      <w:pPr>
        <w:jc w:val="left"/>
      </w:pPr>
      <w:r>
        <w:rPr>
          <w:sz w:val="22"/>
        </w:rPr>
        <w:t>__________________________, ________________________________</w:t>
      </w:r>
    </w:p>
    <w:p/>
    <w:p/>
    <w:p>
      <w:pPr>
        <w:jc w:val="left"/>
      </w:pPr>
      <w:r>
        <w:rPr>
          <w:sz w:val="22"/>
        </w:rPr>
        <w:t>Local e Data</w:t>
      </w:r>
    </w:p>
    <w:p/>
    <w:p/>
    <w:p/>
    <w:p/>
    <w:p>
      <w:pPr>
        <w:jc w:val="center"/>
      </w:pPr>
      <w:r>
        <w:rPr>
          <w:b/>
          <w:sz w:val="22"/>
        </w:rPr>
        <w:t>__________________________________________</w:t>
      </w:r>
    </w:p>
    <w:p/>
    <w:p>
      <w:pPr>
        <w:jc w:val="center"/>
      </w:pPr>
      <w:r>
        <w:rPr>
          <w:sz w:val="22"/>
        </w:rPr>
        <w:t>Assinatura do(a) Declarante</w:t>
      </w:r>
    </w:p>
    <w:p/>
    <w:p/>
    <w:p/>
    <w:p>
      <w:r>
        <w:rPr>
          <w:b/>
          <w:sz w:val="22"/>
        </w:rPr>
        <w:t>Testemunhas: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 Completo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Assinatura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</w:t>
            </w:r>
          </w:p>
        </w:tc>
      </w:tr>
    </w:tbl>
    <w:p/>
    <w:p/>
    <w:p>
      <w:r>
        <w:rPr>
          <w:b w:val="0"/>
          <w:sz w:val="22"/>
        </w:rPr>
        <w:t>Declaro, sob as penas da lei, que as informações aqui prestadas são verdadeiras e que estou ciente das responsabilidades civis e penais decorrentes de falsidade documental.</w:t>
      </w:r>
    </w:p>
    <w:p/>
    <w:p/>
    <w:p>
      <w:pPr>
        <w:jc w:val="center"/>
      </w:pPr>
      <w:r>
        <w:rPr>
          <w:b w:val="0"/>
          <w:sz w:val="22"/>
        </w:rPr>
        <w:t>_________________________________________</w:t>
        <w:br/>
        <w:t>Assinatura do Declarante</w:t>
      </w:r>
    </w:p>
    <w:p/>
    <w:p>
      <w:pPr>
        <w:jc w:val="center"/>
      </w:pPr>
      <w:r>
        <w:rPr>
          <w:b w:val="0"/>
          <w:sz w:val="22"/>
        </w:rPr>
        <w:t>______________________________          ______________________________</w:t>
        <w:br/>
        <w:t>Nome da Testemunha 1                      Nome da Testemunha 2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https://modelos-br.com/declaracao-de-herdeiros/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declaracao-de-herdeiros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