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TESTEMUNHA</w:t>
      </w:r>
    </w:p>
    <w:p/>
    <w:p/>
    <w:p>
      <w:r>
        <w:rPr>
          <w:b w:val="0"/>
          <w:i w:val="0"/>
          <w:sz w:val="22"/>
        </w:rPr>
        <w:t>Eu, ________________________________________________, brasileiro(a), estado civil ________________, profissão ______________________, portador(a) do RG nº ____________________, CPF nº ____________________, residente e domiciliado(a) à ________________________________________________, declaro, para os devidos fins, sob as penas da lei, que sou testemunha dos fatos abaixo narrados.</w:t>
      </w:r>
    </w:p>
    <w:p/>
    <w:p/>
    <w:p>
      <w:r>
        <w:rPr>
          <w:b/>
          <w:i w:val="0"/>
          <w:sz w:val="22"/>
        </w:rPr>
        <w:t>RELATO DOS FATOS:</w:t>
      </w:r>
    </w:p>
    <w:p/>
    <w:p>
      <w:r>
        <w:rPr>
          <w:b w:val="0"/>
          <w:i w:val="0"/>
          <w:sz w:val="22"/>
        </w:rPr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  <w:br/>
        <w:t>______________________________________________________________________________________________</w:t>
      </w:r>
    </w:p>
    <w:p/>
    <w:p/>
    <w:p>
      <w:r>
        <w:rPr>
          <w:b w:val="0"/>
          <w:i w:val="0"/>
          <w:sz w:val="22"/>
        </w:rPr>
        <w:t>Declaro, ainda, que minha declaração é verdadeira e que estou ciente das responsabilidades penais decorrentes de falso testemunho, conforme previsto no artigo 342 do Código Penal brasileiro.</w:t>
      </w:r>
    </w:p>
    <w:p/>
    <w:p/>
    <w:p>
      <w:r>
        <w:rPr>
          <w:b w:val="0"/>
          <w:i w:val="0"/>
          <w:sz w:val="22"/>
        </w:rPr>
        <w:t>Por ser verdade, firmo a presente declaração para que produza seus efeitos legais.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Local para assinatura da testemunha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da Testemunha (completo)</w:t>
      </w:r>
    </w:p>
    <w:p/>
    <w:p>
      <w:pPr>
        <w:jc w:val="center"/>
      </w:pPr>
      <w:r>
        <w:rPr>
          <w:b w:val="0"/>
          <w:i w:val="0"/>
          <w:sz w:val="22"/>
        </w:rPr>
        <w:t>RG nº: _______________________________</w:t>
      </w:r>
    </w:p>
    <w:p/>
    <w:p/>
    <w:p/>
    <w:p>
      <w:r>
        <w:rPr>
          <w:b w:val="0"/>
          <w:i/>
          <w:sz w:val="22"/>
        </w:rPr>
        <w:t>Reconhecimento de firma (recomendado para maior validade):</w:t>
      </w:r>
    </w:p>
    <w:p/>
    <w:p>
      <w:r>
        <w:rPr>
          <w:b w:val="0"/>
          <w:i w:val="0"/>
          <w:sz w:val="22"/>
        </w:rPr>
        <w:t>___________________________________________</w:t>
        <w:br/>
        <w:t>Cartório de Registro</w:t>
        <w:br/>
        <w:t>Data: ____/____/______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https://modelos-br.com/declaracao-de-testemunha/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eclaracao-de-testemunha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