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AUTORIZAÇÃO DE VIAGEM PARA MENOR</w:t>
      </w:r>
    </w:p>
    <w:p/>
    <w:p/>
    <w:p>
      <w:pPr>
        <w:jc w:val="both"/>
      </w:pPr>
      <w:r>
        <w:rPr>
          <w:b w:val="0"/>
          <w:i w:val="0"/>
          <w:sz w:val="22"/>
        </w:rPr>
        <w:t>Eu, ________________________________________________, nacionalidade _______________, estado civil _______________, profissão ____________________, portador(a) do RG nº ____________________________, inscrito(a) no CPF sob nº ______________________, residente e domiciliado(a) à ________________________________________________________________, nº ________, bairro ___________________, cidade _______________________, estado ________, CEP ____________, na qualidade de pai/mãe/responsável legal do menor ______________________________________, nascido(a) em ___/___/____, portador(a) do RG nº ____________________, autorizo, para os devidos fins legais, a viagem do referido menor conforme as condições abaixo:</w:t>
      </w:r>
    </w:p>
    <w:p/>
    <w:p>
      <w:pPr>
        <w:jc w:val="both"/>
      </w:pPr>
      <w:r>
        <w:rPr>
          <w:b/>
          <w:i w:val="0"/>
          <w:sz w:val="22"/>
        </w:rPr>
        <w:t>1. Dados do menor:</w:t>
      </w:r>
    </w:p>
    <w:p>
      <w:pPr>
        <w:jc w:val="both"/>
      </w:pPr>
      <w:r>
        <w:rPr>
          <w:b w:val="0"/>
          <w:i w:val="0"/>
          <w:sz w:val="22"/>
        </w:rPr>
        <w:t>Nome completo: ________________________________________________</w:t>
        <w:br/>
        <w:t>Data de nascimento: ___/___/____</w:t>
        <w:br/>
        <w:t>RG nº: ___________________________</w:t>
        <w:br/>
        <w:t>CPF nº: __________________________</w:t>
        <w:br/>
        <w:t>Passaporte nº (se houver): ______________________</w:t>
        <w:br/>
        <w:t>Filiação: 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2. Destino da viagem:</w:t>
      </w:r>
    </w:p>
    <w:p>
      <w:pPr>
        <w:jc w:val="both"/>
      </w:pPr>
      <w:r>
        <w:rPr>
          <w:b w:val="0"/>
          <w:i w:val="0"/>
          <w:sz w:val="22"/>
        </w:rPr>
        <w:t>País(es): _______________________________________________________</w:t>
        <w:br/>
        <w:t>Cidade(s): ______________________________________________________</w:t>
        <w:br/>
        <w:t>Endereço durante a estadia: ______________________________________</w:t>
        <w:br/>
        <w:t>Telefone para contato no destino: ________________________________</w:t>
      </w:r>
    </w:p>
    <w:p/>
    <w:p>
      <w:pPr>
        <w:jc w:val="both"/>
      </w:pPr>
      <w:r>
        <w:rPr>
          <w:b/>
          <w:i w:val="0"/>
          <w:sz w:val="22"/>
        </w:rPr>
        <w:t>3. Período da viagem:</w:t>
      </w:r>
    </w:p>
    <w:p>
      <w:pPr>
        <w:jc w:val="both"/>
      </w:pPr>
      <w:r>
        <w:rPr>
          <w:b w:val="0"/>
          <w:i w:val="0"/>
          <w:sz w:val="22"/>
        </w:rPr>
        <w:t>Data de saída: ___/___/____</w:t>
        <w:br/>
        <w:t>Data de retorno prevista: ___/___/____</w:t>
      </w:r>
    </w:p>
    <w:p/>
    <w:p>
      <w:pPr>
        <w:jc w:val="both"/>
      </w:pPr>
      <w:r>
        <w:rPr>
          <w:b/>
          <w:i w:val="0"/>
          <w:sz w:val="22"/>
        </w:rPr>
        <w:t>4. Acompanhante(s):</w:t>
      </w:r>
    </w:p>
    <w:p>
      <w:pPr>
        <w:jc w:val="both"/>
      </w:pPr>
      <w:r>
        <w:rPr>
          <w:b w:val="0"/>
          <w:i w:val="0"/>
          <w:sz w:val="22"/>
        </w:rPr>
        <w:t>Nome completo: ________________________________________________</w:t>
        <w:br/>
        <w:t>Documento de identificação (RG/CPF/Passaporte): ______________________</w:t>
        <w:br/>
        <w:t>Parentesco ou relação com o menor: _______________________________</w:t>
        <w:br/>
        <w:t>Telefone para contato: ____________________________________________</w:t>
      </w:r>
    </w:p>
    <w:p/>
    <w:p>
      <w:pPr>
        <w:jc w:val="both"/>
      </w:pPr>
      <w:r>
        <w:rPr>
          <w:b w:val="0"/>
          <w:i w:val="0"/>
          <w:sz w:val="22"/>
        </w:rPr>
        <w:t>Declaro, para os devidos fins de direito, que autorizo expressamente a viagem do menor acima mencionado, acompanhado(s) pela(s) pessoa(s) acima descrita(s), podendo este(s) realizar todos os atos necessários durante a viagem, inclusive embarque e desembarque em aeroportos, estações rodoviárias ou outros meios de transporte, bem como a obtenção de atendimento médico, hospitalar ou emergencial se necessário.</w:t>
      </w:r>
    </w:p>
    <w:p/>
    <w:p>
      <w:pPr>
        <w:jc w:val="both"/>
      </w:pPr>
      <w:r>
        <w:rPr>
          <w:b w:val="0"/>
          <w:i w:val="0"/>
          <w:sz w:val="22"/>
        </w:rPr>
        <w:t>Fica ciente de que esta autorização é válida para o período mencionado e para o destino especificado, sendo responsabilidade dos acompanhantes e do menor o cumprimento das normas e regulamentos aplicáveis.</w:t>
      </w:r>
    </w:p>
    <w:p/>
    <w:p/>
    <w:p>
      <w:pPr>
        <w:jc w:val="both"/>
      </w:pPr>
      <w:r>
        <w:rPr>
          <w:b w:val="0"/>
          <w:i w:val="0"/>
          <w:sz w:val="22"/>
        </w:rPr>
        <w:t>Por ser expressão da verdade, firmo a presente declaração para que produza seus efeitos legais.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responsável legal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menor (se maior de 12 anos)</w:t>
      </w:r>
    </w:p>
    <w:p/>
    <w:p/>
    <w:p/>
    <w:p>
      <w:pPr>
        <w:jc w:val="both"/>
      </w:pPr>
      <w:r>
        <w:rPr>
          <w:b/>
          <w:i w:val="0"/>
          <w:sz w:val="22"/>
        </w:rPr>
        <w:t>Testemunhas:</w:t>
      </w:r>
    </w:p>
    <w:p/>
    <w:p>
      <w:pPr>
        <w:jc w:val="both"/>
      </w:pPr>
      <w:r>
        <w:rPr>
          <w:b w:val="0"/>
          <w:i w:val="0"/>
          <w:sz w:val="22"/>
        </w:rPr>
        <w:t>1. Nome: _____________________________________   CPF: ____________________________</w:t>
      </w:r>
    </w:p>
    <w:p>
      <w:pPr>
        <w:jc w:val="both"/>
      </w:pPr>
      <w:r>
        <w:rPr>
          <w:b w:val="0"/>
          <w:i w:val="0"/>
          <w:sz w:val="22"/>
        </w:rPr>
        <w:t xml:space="preserve">   Assinatura: 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2. Nome: _____________________________________   CPF: ____________________________</w:t>
      </w:r>
    </w:p>
    <w:p>
      <w:pPr>
        <w:jc w:val="both"/>
      </w:pPr>
      <w:r>
        <w:rPr>
          <w:b w:val="0"/>
          <w:i w:val="0"/>
          <w:sz w:val="22"/>
        </w:rPr>
        <w:t xml:space="preserve">   Assinatura: _________________________________________________</w:t>
      </w:r>
    </w:p>
    <w:p/>
    <w:p/>
    <w:p/>
    <w:p>
      <w:pPr>
        <w:jc w:val="both"/>
      </w:pPr>
      <w:r>
        <w:rPr>
          <w:b w:val="0"/>
          <w:i/>
          <w:sz w:val="22"/>
        </w:rPr>
        <w:t>Obs.: Documento válido para apresentação às autoridades competentes, conforme legislação brasileira vigente, inclusive para viagens nacionais e internacionais, em conformidade com o Estatuto da Criança e do Adolescente (ECA) e resoluções da Polícia Federal.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https://modelos-br.com/declaracao-de-viagem-para-menor/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eclaracao-de-viagem-para-menor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