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MINISTÉRIO PÚBLICO DO TRABALHO</w:t>
      </w:r>
    </w:p>
    <w:p>
      <w:pPr>
        <w:jc w:val="center"/>
      </w:pPr>
      <w:r>
        <w:rPr>
          <w:b/>
          <w:sz w:val="22"/>
        </w:rPr>
        <w:t>DENÚNCIA</w:t>
      </w:r>
    </w:p>
    <w:p/>
    <w:p/>
    <w:p>
      <w:r>
        <w:rPr>
          <w:b w:val="0"/>
          <w:sz w:val="22"/>
        </w:rPr>
        <w:t>Excelentíssimo(a) Senhor(a) Procurador(a) do Ministério Público do Trabalho da ___ª Região,</w:t>
      </w:r>
    </w:p>
    <w:p/>
    <w:p>
      <w:r>
        <w:rPr>
          <w:b/>
          <w:sz w:val="24"/>
        </w:rPr>
        <w:t>I – DO DENUNCIANTE</w:t>
      </w:r>
    </w:p>
    <w:p>
      <w:r>
        <w:rPr>
          <w:b w:val="0"/>
          <w:sz w:val="22"/>
        </w:rPr>
        <w:t>Nome: _______________________________________________________________</w:t>
      </w:r>
    </w:p>
    <w:p>
      <w:r>
        <w:rPr>
          <w:b w:val="0"/>
          <w:sz w:val="22"/>
        </w:rPr>
        <w:t>Nacionalidade: _______________________________________________________</w:t>
      </w:r>
    </w:p>
    <w:p>
      <w:r>
        <w:rPr>
          <w:b w:val="0"/>
          <w:sz w:val="22"/>
        </w:rPr>
        <w:t>Estado Civil: _________________________________________________________</w:t>
      </w:r>
    </w:p>
    <w:p>
      <w:r>
        <w:rPr>
          <w:b w:val="0"/>
          <w:sz w:val="22"/>
        </w:rPr>
        <w:t>Profissão: ___________________________________________________________</w:t>
      </w:r>
    </w:p>
    <w:p>
      <w:r>
        <w:rPr>
          <w:b w:val="0"/>
          <w:sz w:val="22"/>
        </w:rPr>
        <w:t>Documento de Identidade (RG): _________________________________________</w:t>
      </w:r>
    </w:p>
    <w:p>
      <w:r>
        <w:rPr>
          <w:b w:val="0"/>
          <w:sz w:val="22"/>
        </w:rPr>
        <w:t>CPF: _________________________________________________________________</w:t>
      </w:r>
    </w:p>
    <w:p>
      <w:r>
        <w:rPr>
          <w:b w:val="0"/>
          <w:sz w:val="22"/>
        </w:rPr>
        <w:t>Endereço completo: ____________________________________________________</w:t>
      </w:r>
    </w:p>
    <w:p>
      <w:r>
        <w:rPr>
          <w:b w:val="0"/>
          <w:sz w:val="22"/>
        </w:rPr>
        <w:t>Telefone: _____________________________________________________________</w:t>
      </w:r>
    </w:p>
    <w:p>
      <w:r>
        <w:rPr>
          <w:b w:val="0"/>
          <w:sz w:val="22"/>
        </w:rPr>
        <w:t>E-mail: _______________________________________________________________</w:t>
      </w:r>
    </w:p>
    <w:p/>
    <w:p>
      <w:r>
        <w:rPr>
          <w:b/>
          <w:sz w:val="24"/>
        </w:rPr>
        <w:t>II – DO DENUNCIADO</w:t>
      </w:r>
    </w:p>
    <w:p>
      <w:r>
        <w:rPr>
          <w:b w:val="0"/>
          <w:sz w:val="22"/>
        </w:rPr>
        <w:t>Nome/Razão Social: _________________________________________________</w:t>
      </w:r>
    </w:p>
    <w:p>
      <w:r>
        <w:rPr>
          <w:b w:val="0"/>
          <w:sz w:val="22"/>
        </w:rPr>
        <w:t>CNPJ/CPF: ____________________________________________________________</w:t>
      </w:r>
    </w:p>
    <w:p>
      <w:r>
        <w:rPr>
          <w:b w:val="0"/>
          <w:sz w:val="22"/>
        </w:rPr>
        <w:t>Endereço completo: ____________________________________________________</w:t>
      </w:r>
    </w:p>
    <w:p>
      <w:r>
        <w:rPr>
          <w:b w:val="0"/>
          <w:sz w:val="22"/>
        </w:rPr>
        <w:t>Ramo de atividade: ____________________________________________________</w:t>
      </w:r>
    </w:p>
    <w:p>
      <w:r>
        <w:rPr>
          <w:b w:val="0"/>
          <w:sz w:val="22"/>
        </w:rPr>
        <w:t>Representante legal: _________________________________________________</w:t>
      </w:r>
    </w:p>
    <w:p/>
    <w:p>
      <w:r>
        <w:rPr>
          <w:b/>
          <w:sz w:val="24"/>
        </w:rPr>
        <w:t>III – DOS FATOS</w:t>
      </w:r>
    </w:p>
    <w:p>
      <w:r>
        <w:rPr>
          <w:b w:val="0"/>
          <w:sz w:val="22"/>
        </w:rPr>
        <w:t>1. O denunciante foi empregado(a) do denunciado no período de ___/___/_____ a ___/___/_____, exercendo a função de ______________________________.</w:t>
      </w:r>
    </w:p>
    <w:p>
      <w:r>
        <w:rPr>
          <w:b w:val="0"/>
          <w:sz w:val="22"/>
        </w:rPr>
        <w:t>2. Durante a vigência do contrato de trabalho, ocorreram as seguintes irregularidades trabalhistas e/ou violações de direitos previstos na legislação trabalhista e normas coletivas:</w:t>
      </w:r>
    </w:p>
    <w:p>
      <w:r>
        <w:rPr>
          <w:b w:val="0"/>
          <w:sz w:val="22"/>
        </w:rPr>
        <w:t xml:space="preserve">   a) _________________________________________________________________</w:t>
      </w:r>
    </w:p>
    <w:p>
      <w:r>
        <w:rPr>
          <w:b w:val="0"/>
          <w:sz w:val="22"/>
        </w:rPr>
        <w:t xml:space="preserve">   b) _________________________________________________________________</w:t>
      </w:r>
    </w:p>
    <w:p>
      <w:r>
        <w:rPr>
          <w:b w:val="0"/>
          <w:sz w:val="22"/>
        </w:rPr>
        <w:t xml:space="preserve">   c) _________________________________________________________________</w:t>
      </w:r>
    </w:p>
    <w:p>
      <w:r>
        <w:rPr>
          <w:b w:val="0"/>
          <w:sz w:val="22"/>
        </w:rPr>
        <w:t>3. O denunciado não observou o cumprimento das obrigações legais e contratuais, tais como:</w:t>
      </w:r>
    </w:p>
    <w:p>
      <w:r>
        <w:rPr>
          <w:b w:val="0"/>
          <w:sz w:val="22"/>
        </w:rPr>
        <w:t xml:space="preserve">   a) Não pagamento de verbas rescisórias, horas extras, adicional noturno, adicional de insalubridade/periculosidade, entre outros;</w:t>
      </w:r>
    </w:p>
    <w:p>
      <w:r>
        <w:rPr>
          <w:b w:val="0"/>
          <w:sz w:val="22"/>
        </w:rPr>
        <w:t xml:space="preserve">   b) Falta de registro em carteira de trabalho;</w:t>
      </w:r>
    </w:p>
    <w:p>
      <w:r>
        <w:rPr>
          <w:b w:val="0"/>
          <w:sz w:val="22"/>
        </w:rPr>
        <w:t xml:space="preserve">   c) Ausência de fornecimento de equipamentos de proteção individual (EPIs) adequados;</w:t>
      </w:r>
    </w:p>
    <w:p>
      <w:r>
        <w:rPr>
          <w:b w:val="0"/>
          <w:sz w:val="22"/>
        </w:rPr>
        <w:t xml:space="preserve">   d) Condições de trabalho insalubres e/ou perigosas sem a devida compensação;</w:t>
      </w:r>
    </w:p>
    <w:p>
      <w:r>
        <w:rPr>
          <w:b w:val="0"/>
          <w:sz w:val="22"/>
        </w:rPr>
        <w:t xml:space="preserve">   e) Não recolhimento do FGTS e contribuições previdenciárias.</w:t>
      </w:r>
    </w:p>
    <w:p>
      <w:r>
        <w:rPr>
          <w:b w:val="0"/>
          <w:sz w:val="22"/>
        </w:rPr>
        <w:t>4. Tais condutas infringem a Consolidação das Leis do Trabalho (CLT), a Constituição Federal, normas regulamentadoras do Ministério do Trabalho e demais legislações aplicáveis.</w:t>
      </w:r>
    </w:p>
    <w:p/>
    <w:p>
      <w:r>
        <w:rPr>
          <w:b/>
          <w:sz w:val="24"/>
        </w:rPr>
        <w:t>IV – DO DIREITO</w:t>
      </w:r>
    </w:p>
    <w:p>
      <w:r>
        <w:rPr>
          <w:b w:val="0"/>
          <w:sz w:val="22"/>
        </w:rPr>
        <w:t>A presente denúncia encontra respaldo nos dispositivos legais a seguir indicados, dentre outros:</w:t>
      </w:r>
    </w:p>
    <w:p>
      <w:r>
        <w:rPr>
          <w:b w:val="0"/>
          <w:sz w:val="22"/>
        </w:rPr>
        <w:t>a) Constituição Federal, especialmente os artigos 7º, inciso XXII e XXVIII;</w:t>
      </w:r>
    </w:p>
    <w:p>
      <w:r>
        <w:rPr>
          <w:b w:val="0"/>
          <w:sz w:val="22"/>
        </w:rPr>
        <w:t>b) Consolidação das Leis do Trabalho (CLT), artigos 2º, 3º, 7º, 9º, 468, 477, 482 e 483;</w:t>
      </w:r>
    </w:p>
    <w:p>
      <w:r>
        <w:rPr>
          <w:b w:val="0"/>
          <w:sz w:val="22"/>
        </w:rPr>
        <w:t>c) Normas Regulamentadoras (NRs) do Ministério do Trabalho, em especial as NRs referentes à segurança e saúde no trabalho;</w:t>
      </w:r>
    </w:p>
    <w:p>
      <w:r>
        <w:rPr>
          <w:b w:val="0"/>
          <w:sz w:val="22"/>
        </w:rPr>
        <w:t>d) Lei nº 8.036/1990 (FGTS);</w:t>
      </w:r>
    </w:p>
    <w:p>
      <w:r>
        <w:rPr>
          <w:b w:val="0"/>
          <w:sz w:val="22"/>
        </w:rPr>
        <w:t>e) Lei nº 8.212/1991 (Previdência Social);</w:t>
      </w:r>
    </w:p>
    <w:p>
      <w:r>
        <w:rPr>
          <w:b w:val="0"/>
          <w:sz w:val="22"/>
        </w:rPr>
        <w:t>f) Súmulas e orientações jurisprudenciais do Tribunal Superior do Trabalho (TST);</w:t>
      </w:r>
    </w:p>
    <w:p>
      <w:r>
        <w:rPr>
          <w:b w:val="0"/>
          <w:sz w:val="22"/>
        </w:rPr>
        <w:t>g) Tratados e convenções internacionais ratificados pelo Brasil (exemplo: Convenção 81 da OIT).</w:t>
      </w:r>
    </w:p>
    <w:p/>
    <w:p>
      <w:r>
        <w:rPr>
          <w:b/>
          <w:sz w:val="24"/>
        </w:rPr>
        <w:t>V – DAS PROVAS</w:t>
      </w:r>
    </w:p>
    <w:p>
      <w:r>
        <w:rPr>
          <w:b w:val="0"/>
          <w:sz w:val="22"/>
        </w:rPr>
        <w:t>Para comprovar o alegado, informa que possui os seguintes documentos e provas, que poderão ser juntados ou apresentados no curso da investigação e eventual ação judicial:</w:t>
      </w:r>
    </w:p>
    <w:p>
      <w:r>
        <w:rPr>
          <w:b w:val="0"/>
          <w:sz w:val="22"/>
        </w:rPr>
        <w:t>• Contrato de trabalho, carteira de trabalho e anotações;</w:t>
      </w:r>
    </w:p>
    <w:p>
      <w:r>
        <w:rPr>
          <w:b w:val="0"/>
          <w:sz w:val="22"/>
        </w:rPr>
        <w:t>• Holerites, comprovantes de pagamento e recibos;</w:t>
      </w:r>
    </w:p>
    <w:p>
      <w:r>
        <w:rPr>
          <w:b w:val="0"/>
          <w:sz w:val="22"/>
        </w:rPr>
        <w:t>• Fotos, vídeos e laudos técnicos de condições de trabalho;</w:t>
      </w:r>
    </w:p>
    <w:p>
      <w:r>
        <w:rPr>
          <w:b w:val="0"/>
          <w:sz w:val="22"/>
        </w:rPr>
        <w:t>• Testemunhas que poderão ser arroladas;</w:t>
      </w:r>
    </w:p>
    <w:p>
      <w:r>
        <w:rPr>
          <w:b w:val="0"/>
          <w:sz w:val="22"/>
        </w:rPr>
        <w:t>• Comprovantes de não recolhimento de FGTS e contribuições previdenciárias;</w:t>
      </w:r>
    </w:p>
    <w:p>
      <w:r>
        <w:rPr>
          <w:b w:val="0"/>
          <w:sz w:val="22"/>
        </w:rPr>
        <w:t>• Outros documentos que se fizerem necessários.</w:t>
      </w:r>
    </w:p>
    <w:p/>
    <w:p>
      <w:r>
        <w:rPr>
          <w:b/>
          <w:sz w:val="24"/>
        </w:rPr>
        <w:t>VI – DOS PEDIDOS</w:t>
      </w:r>
    </w:p>
    <w:p>
      <w:r>
        <w:rPr>
          <w:b w:val="0"/>
          <w:sz w:val="22"/>
        </w:rPr>
        <w:t>Diante do exposto, requer-se:</w:t>
      </w:r>
    </w:p>
    <w:p>
      <w:r>
        <w:rPr>
          <w:b w:val="0"/>
          <w:sz w:val="22"/>
        </w:rPr>
        <w:t>1. O recebimento desta denúncia pelo Ministério Público do Trabalho para instauração de procedimento investigatório;</w:t>
      </w:r>
    </w:p>
    <w:p>
      <w:r>
        <w:rPr>
          <w:b w:val="0"/>
          <w:sz w:val="22"/>
        </w:rPr>
        <w:t>2. A adoção das medidas administrativas e judiciais cabíveis para a apuração das irregularidades apontadas;</w:t>
      </w:r>
    </w:p>
    <w:p>
      <w:r>
        <w:rPr>
          <w:b w:val="0"/>
          <w:sz w:val="22"/>
        </w:rPr>
        <w:t>3. A promoção das ações necessárias para assegurar os direitos dos trabalhadores prejudicados;</w:t>
      </w:r>
    </w:p>
    <w:p>
      <w:r>
        <w:rPr>
          <w:b w:val="0"/>
          <w:sz w:val="22"/>
        </w:rPr>
        <w:t>4. A aplicação das sanções legais previstas, inclusive multas e demais penalidades;</w:t>
      </w:r>
    </w:p>
    <w:p>
      <w:r>
        <w:rPr>
          <w:b w:val="0"/>
          <w:sz w:val="22"/>
        </w:rPr>
        <w:t>5. A preservação da integridade física e jurídica do denunciante, garantindo seu direito à proteção contra retaliações;</w:t>
      </w:r>
    </w:p>
    <w:p>
      <w:r>
        <w:rPr>
          <w:b w:val="0"/>
          <w:sz w:val="22"/>
        </w:rPr>
        <w:t>6. A intimação do denunciado para prestar esclarecimentos e apresentar defesa;</w:t>
      </w:r>
    </w:p>
    <w:p>
      <w:r>
        <w:rPr>
          <w:b w:val="0"/>
          <w:sz w:val="22"/>
        </w:rPr>
        <w:t>7. A expedição de ofícios e requisições para órgãos públicos e privados visando a coleta de informações e documentos relacionados.</w:t>
      </w:r>
    </w:p>
    <w:p/>
    <w:p>
      <w:r>
        <w:rPr>
          <w:b/>
          <w:sz w:val="24"/>
        </w:rPr>
        <w:t>VII – DO VALOR DA CAUSA</w:t>
      </w:r>
    </w:p>
    <w:p>
      <w:r>
        <w:rPr>
          <w:b w:val="0"/>
          <w:sz w:val="22"/>
        </w:rPr>
        <w:t>Dá-se à presente denúncia, para fins meramente fiscais, o valor de R$ ________________________________.</w:t>
      </w:r>
    </w:p>
    <w:p/>
    <w:p>
      <w:r>
        <w:rPr>
          <w:b w:val="0"/>
          <w:sz w:val="22"/>
        </w:rPr>
        <w:t>Nestes termos,</w:t>
      </w:r>
    </w:p>
    <w:p>
      <w:r>
        <w:rPr>
          <w:b w:val="0"/>
          <w:sz w:val="22"/>
        </w:rPr>
        <w:t>Pede deferimento.</w:t>
      </w:r>
    </w:p>
    <w:p/>
    <w:p/>
    <w:p>
      <w:r>
        <w:rPr>
          <w:b w:val="0"/>
          <w:sz w:val="22"/>
        </w:rPr>
        <w:t>__________________________, _____ de ____________________ de _________</w:t>
      </w:r>
    </w:p>
    <w:p>
      <w:r>
        <w:rPr>
          <w:b w:val="0"/>
          <w:sz w:val="22"/>
        </w:rPr>
        <w:t>Local e data</w:t>
      </w:r>
    </w:p>
    <w:p/>
    <w:p/>
    <w:p>
      <w:r>
        <w:rPr>
          <w:b w:val="0"/>
          <w:sz w:val="22"/>
        </w:rPr>
        <w:t>____________________________________________</w:t>
      </w:r>
    </w:p>
    <w:p>
      <w:r>
        <w:rPr>
          <w:b w:val="0"/>
          <w:sz w:val="22"/>
        </w:rPr>
        <w:t>Denunciante / Advogado(a)</w:t>
      </w:r>
    </w:p>
    <w:p>
      <w:r>
        <w:rPr>
          <w:b w:val="0"/>
          <w:sz w:val="22"/>
        </w:rPr>
        <w:t>OAB/__ Nº 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https://modelos-br.com/denuncia-mp/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https://modelos-br.com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modelos-br.com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s-br.com/denuncia-mp/" TargetMode="External"/><Relationship Id="rId10" Type="http://schemas.openxmlformats.org/officeDocument/2006/relationships/hyperlink" Target="https://modelos-b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