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DIVÓRCIO LITIGIOSO COM PARTILHA DE BENS</w:t>
      </w:r>
    </w:p>
    <w:p/>
    <w:p/>
    <w:p>
      <w:r>
        <w:rPr>
          <w:b w:val="0"/>
          <w:sz w:val="20"/>
        </w:rPr>
        <w:t>EXCELENTÍSSIMO(A) SENHOR(A) DOUTOR(A) JUIZ(A) DE DIREITO DA ___ VARA DE FAMÍLIA E SUCESSÕES DA COMARCA DE ________________________</w:t>
      </w:r>
    </w:p>
    <w:p/>
    <w:p/>
    <w:p>
      <w:r>
        <w:rPr>
          <w:b w:val="0"/>
          <w:sz w:val="20"/>
        </w:rPr>
        <w:t>NOME DO(A) AUTOR(A), nacionalidade, estado civil, profissão, portador(a) do RG nº _______________ e CPF nº _______________, residente e domiciliado(a) à ______________________________, nº ____, bairro ________________, cidade ________________, Estado ____________, por seu advogado infra-assinado, conforme instrumento de mandato anexo;</w:t>
      </w:r>
    </w:p>
    <w:p/>
    <w:p>
      <w:pPr>
        <w:jc w:val="center"/>
      </w:pPr>
      <w:r>
        <w:rPr>
          <w:b w:val="0"/>
          <w:sz w:val="20"/>
        </w:rPr>
        <w:t>e</w:t>
      </w:r>
    </w:p>
    <w:p/>
    <w:p>
      <w:r>
        <w:rPr>
          <w:b w:val="0"/>
          <w:sz w:val="20"/>
        </w:rPr>
        <w:t>NOME DO(A) RÉU(RÉ), nacionalidade, estado civil, profissão, portador(a) do RG nº _______________ e CPF nº _______________, residente e domiciliado(a) à ______________________________, nº ____, bairro ________________, cidade ________________, Estado ____________,</w:t>
      </w:r>
    </w:p>
    <w:p/>
    <w:p/>
    <w:p>
      <w:pPr>
        <w:jc w:val="center"/>
      </w:pPr>
      <w:r>
        <w:rPr>
          <w:b w:val="0"/>
          <w:sz w:val="20"/>
        </w:rPr>
        <w:t>vêm, respeitosamente, à presença de Vossa Excelência propor a presente</w:t>
      </w:r>
    </w:p>
    <w:p/>
    <w:p>
      <w:pPr>
        <w:jc w:val="center"/>
      </w:pPr>
      <w:r>
        <w:rPr>
          <w:b/>
          <w:sz w:val="24"/>
        </w:rPr>
        <w:t>AÇÃO DE DIVÓRCIO LITIGIOSO COM PARTILHA DE BENS</w:t>
      </w:r>
    </w:p>
    <w:p/>
    <w:p>
      <w:pPr>
        <w:jc w:val="left"/>
      </w:pPr>
      <w:r>
        <w:rPr>
          <w:b/>
          <w:sz w:val="22"/>
        </w:rPr>
        <w:t>I – DOS FATOS</w:t>
      </w:r>
    </w:p>
    <w:p>
      <w:r>
        <w:rPr>
          <w:b w:val="0"/>
          <w:sz w:val="20"/>
        </w:rPr>
        <w:t>Os requerentes contraíram matrimônio em __/__/____, sob o regime de ______________________________ (ex.: comunhão parcial de bens), conforme certidão de casamento anexa.</w:t>
      </w:r>
    </w:p>
    <w:p>
      <w:r>
        <w:rPr>
          <w:b w:val="0"/>
          <w:sz w:val="20"/>
        </w:rPr>
        <w:t>Após a constatação da incompatibilidade de convivência e o desgaste irreparável da relação, decidiram de forma consensual, porém não amigável, pela dissolução do casamento.</w:t>
      </w:r>
    </w:p>
    <w:p>
      <w:r>
        <w:rPr>
          <w:b w:val="0"/>
          <w:sz w:val="20"/>
        </w:rPr>
        <w:t>Possuem bens a serem partilhados, conforme detalhamento a seguir.</w:t>
      </w:r>
    </w:p>
    <w:p/>
    <w:p>
      <w:pPr>
        <w:jc w:val="left"/>
      </w:pPr>
      <w:r>
        <w:rPr>
          <w:b/>
          <w:sz w:val="22"/>
        </w:rPr>
        <w:t>II – DOS BENS A PARTILHAR</w:t>
      </w:r>
    </w:p>
    <w:p>
      <w:r>
        <w:rPr>
          <w:b w:val="0"/>
          <w:sz w:val="20"/>
        </w:rPr>
        <w:t>Os requerentes possuem os seguintes bens adquiridos na constância do casamento, sujeitos à partilha:</w:t>
      </w:r>
    </w:p>
    <w:p>
      <w:r>
        <w:rPr>
          <w:b w:val="0"/>
          <w:sz w:val="20"/>
        </w:rPr>
        <w:t>- Imóvel residencial localizado à ____________________________________________, registrado sob matrícula nº ____________, no Cartório de Registro de Imóveis da Comarca de ______________;</w:t>
      </w:r>
    </w:p>
    <w:p>
      <w:r>
        <w:rPr>
          <w:b w:val="0"/>
          <w:sz w:val="20"/>
        </w:rPr>
        <w:t>- Veículo automotor marca _______________, modelo _______________, ano _______________, placa _______________;</w:t>
      </w:r>
    </w:p>
    <w:p>
      <w:r>
        <w:rPr>
          <w:b w:val="0"/>
          <w:sz w:val="20"/>
        </w:rPr>
        <w:t>- Conta bancária conjunta nº _______________, agência _______________, banco _______________;</w:t>
      </w:r>
    </w:p>
    <w:p>
      <w:r>
        <w:rPr>
          <w:b w:val="0"/>
          <w:sz w:val="20"/>
        </w:rPr>
        <w:t>- Outros bens móveis e direitos adquiridos durante o casamento, conforme documentação anexa.</w:t>
      </w:r>
    </w:p>
    <w:p/>
    <w:p>
      <w:pPr>
        <w:jc w:val="left"/>
      </w:pPr>
      <w:r>
        <w:rPr>
          <w:b/>
          <w:sz w:val="22"/>
        </w:rPr>
        <w:t>III – DA PARTILHA DE BENS</w:t>
      </w:r>
    </w:p>
    <w:p>
      <w:r>
        <w:rPr>
          <w:b w:val="0"/>
          <w:sz w:val="20"/>
        </w:rPr>
        <w:t>Requerem que a partilha dos bens seja realizada conforme o regime de casamento adotado, observando-se a divisão igualitária dos bens comuns, ou conforme acordo a ser homologado por este juízo.</w:t>
      </w:r>
    </w:p>
    <w:p>
      <w:r>
        <w:rPr>
          <w:b w:val="0"/>
          <w:sz w:val="20"/>
        </w:rPr>
        <w:t>Proposta de partilha:</w:t>
      </w:r>
    </w:p>
    <w:p>
      <w:r>
        <w:rPr>
          <w:b w:val="0"/>
          <w:sz w:val="20"/>
        </w:rPr>
        <w:t>- O imóvel residencial será atribuído ao(a) requerente ________________________, cabendo ao(à) mesmo(a) a responsabilidade pela quitação de eventual financiamento e demais encargos;</w:t>
      </w:r>
    </w:p>
    <w:p>
      <w:r>
        <w:rPr>
          <w:b w:val="0"/>
          <w:sz w:val="20"/>
        </w:rPr>
        <w:t>- O veículo automotor será atribuído ao(à) requerente _______________________;</w:t>
      </w:r>
    </w:p>
    <w:p>
      <w:r>
        <w:rPr>
          <w:b w:val="0"/>
          <w:sz w:val="20"/>
        </w:rPr>
        <w:t>- Os saldos existentes em contas bancárias serão divididos igualmente entre as partes;</w:t>
      </w:r>
    </w:p>
    <w:p>
      <w:r>
        <w:rPr>
          <w:b w:val="0"/>
          <w:sz w:val="20"/>
        </w:rPr>
        <w:t>- Os demais bens móveis serão partilhados conforme acordo anexo ou decisão judicial.</w:t>
      </w:r>
    </w:p>
    <w:p/>
    <w:p>
      <w:pPr>
        <w:jc w:val="left"/>
      </w:pPr>
      <w:r>
        <w:rPr>
          <w:b/>
          <w:sz w:val="22"/>
        </w:rPr>
        <w:t>IV – DOS ALIMENTOS</w:t>
      </w:r>
    </w:p>
    <w:p>
      <w:r>
        <w:rPr>
          <w:b w:val="0"/>
          <w:sz w:val="20"/>
        </w:rPr>
        <w:t>Os requerentes não possuem filhos menores ou incapazes.</w:t>
      </w:r>
    </w:p>
    <w:p>
      <w:r>
        <w:rPr>
          <w:b w:val="0"/>
          <w:sz w:val="20"/>
        </w:rPr>
        <w:t>Não há pedido de alimentos entre as partes.</w:t>
      </w:r>
    </w:p>
    <w:p/>
    <w:p>
      <w:pPr>
        <w:jc w:val="left"/>
      </w:pPr>
      <w:r>
        <w:rPr>
          <w:b/>
          <w:sz w:val="22"/>
        </w:rPr>
        <w:t>V – DA GUARDA E VISITAS</w:t>
      </w:r>
    </w:p>
    <w:p>
      <w:r>
        <w:rPr>
          <w:b w:val="0"/>
          <w:sz w:val="20"/>
        </w:rPr>
        <w:t>Não há filhos menores ou incapazes envolvidos na presente ação, motivo pelo qual não há questões relativas à guarda ou visitas.</w:t>
      </w:r>
    </w:p>
    <w:p/>
    <w:p>
      <w:pPr>
        <w:jc w:val="left"/>
      </w:pPr>
      <w:r>
        <w:rPr>
          <w:b/>
          <w:sz w:val="22"/>
        </w:rPr>
        <w:t>VI – DOS PEDIDOS</w:t>
      </w:r>
    </w:p>
    <w:p>
      <w:r>
        <w:rPr>
          <w:b w:val="0"/>
          <w:sz w:val="20"/>
        </w:rPr>
        <w:t>Diante do exposto, requerem:</w:t>
      </w:r>
    </w:p>
    <w:p>
      <w:r>
        <w:rPr>
          <w:b w:val="0"/>
          <w:sz w:val="20"/>
        </w:rPr>
        <w:t>1. A citação do(a) requerido(a) para, querendo, contestar a presente ação;</w:t>
      </w:r>
    </w:p>
    <w:p>
      <w:r>
        <w:rPr>
          <w:b w:val="0"/>
          <w:sz w:val="20"/>
        </w:rPr>
        <w:t>2. A decretação do divórcio dos requerentes, com a consequente dissolução do vínculo matrimonial;</w:t>
      </w:r>
    </w:p>
    <w:p>
      <w:r>
        <w:rPr>
          <w:b w:val="0"/>
          <w:sz w:val="20"/>
        </w:rPr>
        <w:t>3. A homologação da partilha dos bens conforme descrito na presente petição;</w:t>
      </w:r>
    </w:p>
    <w:p>
      <w:r>
        <w:rPr>
          <w:b w:val="0"/>
          <w:sz w:val="20"/>
        </w:rPr>
        <w:t>4. A concessão dos benefícios da justiça gratuita, caso preenchidos os requisitos legais;</w:t>
      </w:r>
    </w:p>
    <w:p>
      <w:r>
        <w:rPr>
          <w:b w:val="0"/>
          <w:sz w:val="20"/>
        </w:rPr>
        <w:t>5. A condenação do(a) requerido(a) ao pagamento das custas processuais e honorários advocatícios, se houver resistência.</w:t>
      </w:r>
    </w:p>
    <w:p/>
    <w:p>
      <w:pPr>
        <w:jc w:val="left"/>
      </w:pPr>
      <w:r>
        <w:rPr>
          <w:b/>
          <w:sz w:val="22"/>
        </w:rPr>
        <w:t>VII – DO VALOR DA CAUSA</w:t>
      </w:r>
    </w:p>
    <w:p>
      <w:r>
        <w:rPr>
          <w:b w:val="0"/>
          <w:sz w:val="20"/>
        </w:rPr>
        <w:t>Dá-se à presente causa o valor de R$ ______________________ (valor estimado da soma dos bens partilhados).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r>
        <w:rPr>
          <w:b w:val="0"/>
          <w:sz w:val="20"/>
        </w:rPr>
        <w:t>Local, ______________________ de ______________________ de _______.</w:t>
      </w:r>
    </w:p>
    <w:p/>
    <w:p/>
    <w:p/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https://modelos-br.com/divorcio-com-partilha-de-bens/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divorcio-com-partilha-de-bens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