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HABEAS CORPUS</w:t>
      </w:r>
    </w:p>
    <w:p/>
    <w:p/>
    <w:p>
      <w:pPr>
        <w:jc w:val="center"/>
      </w:pPr>
      <w:r>
        <w:rPr>
          <w:b/>
          <w:i w:val="0"/>
          <w:sz w:val="22"/>
        </w:rPr>
        <w:t>EXCELENTÍSSIMO SENHOR MINISTRO PRESIDENTE DO SUPERIOR TRIBUNAL DE JUSTIÇA</w:t>
      </w:r>
    </w:p>
    <w:p/>
    <w:p/>
    <w:p>
      <w:pPr>
        <w:jc w:val="both"/>
      </w:pPr>
      <w:r>
        <w:rPr>
          <w:b w:val="0"/>
          <w:i w:val="0"/>
          <w:sz w:val="22"/>
        </w:rPr>
        <w:t>Impetrante: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Paciente: 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Advogado: 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OAB nº: _________________________________________________________________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FULANO DE TAL, brasileiro, estado civil, advogado inscrito na OAB/XX sob o nº ________, com escritório profissional à ________________________________, vem, respeitosamente, à presença de Vossa Excelência, com fundamento no artigo 5º, inciso LXVIII, da Constituição Federal, e nos artigos 647 e seguintes do Código de Processo Penal, impetrar o presente</w:t>
      </w:r>
    </w:p>
    <w:p/>
    <w:p>
      <w:pPr>
        <w:jc w:val="center"/>
      </w:pPr>
      <w:r>
        <w:rPr>
          <w:b/>
          <w:i w:val="0"/>
          <w:sz w:val="22"/>
        </w:rPr>
        <w:t>HABEAS CORPUS</w:t>
      </w:r>
    </w:p>
    <w:p/>
    <w:p>
      <w:pPr>
        <w:jc w:val="both"/>
      </w:pPr>
      <w:r>
        <w:rPr>
          <w:b w:val="0"/>
          <w:i w:val="0"/>
          <w:sz w:val="22"/>
        </w:rPr>
        <w:t>em favor de BELTRANO DE TAL, brasileiro, estado civil, profissão, portador do RG nº ____________, CPF nº ____________, atualmente recolhido no ____________________, pelos fatos e fundamentos que passa a expor:</w:t>
      </w:r>
    </w:p>
    <w:p/>
    <w:p/>
    <w:p>
      <w:pPr>
        <w:jc w:val="left"/>
      </w:pPr>
      <w:r>
        <w:rPr>
          <w:b/>
          <w:sz w:val="22"/>
        </w:rPr>
        <w:t>I - DOS FATOS</w:t>
      </w:r>
    </w:p>
    <w:p>
      <w:pPr>
        <w:jc w:val="both"/>
      </w:pPr>
      <w:r>
        <w:rPr>
          <w:b w:val="0"/>
          <w:i w:val="0"/>
          <w:sz w:val="22"/>
        </w:rPr>
        <w:t>O paciente foi preso em flagrante no dia __/__/____, sob a acusação de ________________________________________________________, conforme auto de prisão em flagrante anexo. Desde então, encontra-se custodiado na ________________, sem que tenha sido oportunizado o devido processo legal.</w:t>
      </w:r>
    </w:p>
    <w:p>
      <w:pPr>
        <w:jc w:val="both"/>
      </w:pPr>
      <w:r>
        <w:rPr>
          <w:b w:val="0"/>
          <w:i w:val="0"/>
          <w:sz w:val="22"/>
        </w:rPr>
        <w:t>A prisão mostra-se ilegal e abusiva, haja vista que ________________________________________________________________.</w:t>
      </w:r>
    </w:p>
    <w:p/>
    <w:p/>
    <w:p>
      <w:pPr>
        <w:jc w:val="left"/>
      </w:pPr>
      <w:r>
        <w:rPr>
          <w:b/>
          <w:sz w:val="22"/>
        </w:rPr>
        <w:t>II - DO DIREITO</w:t>
      </w:r>
    </w:p>
    <w:p>
      <w:pPr>
        <w:jc w:val="both"/>
      </w:pPr>
      <w:r>
        <w:rPr>
          <w:b w:val="0"/>
          <w:i w:val="0"/>
          <w:sz w:val="22"/>
        </w:rPr>
        <w:t>O artigo 5º, inciso LXVIII, da Constituição Federal assegura a concessão de habeas corpus sempre que alguém sofrer ou se achar ameaçado de sofrer violência ou coação em sua liberdade de locomoção, por ilegalidade ou abuso de poder.</w:t>
      </w:r>
    </w:p>
    <w:p>
      <w:pPr>
        <w:jc w:val="both"/>
      </w:pPr>
      <w:r>
        <w:rPr>
          <w:b w:val="0"/>
          <w:i w:val="0"/>
          <w:sz w:val="22"/>
        </w:rPr>
        <w:t>No presente caso, verifica-se que a prisão do paciente é ilegal pelos seguintes motivos:</w:t>
      </w:r>
    </w:p>
    <w:p>
      <w:pPr>
        <w:jc w:val="both"/>
      </w:pPr>
      <w:r>
        <w:rPr>
          <w:b w:val="0"/>
          <w:i w:val="0"/>
          <w:sz w:val="22"/>
        </w:rPr>
        <w:t>1. Ausência dos requisitos autorizadores da prisão cautelar, nos termos do artigo 312 do Código de Processo Penal;</w:t>
      </w:r>
    </w:p>
    <w:p>
      <w:pPr>
        <w:jc w:val="both"/>
      </w:pPr>
      <w:r>
        <w:rPr>
          <w:b w:val="0"/>
          <w:i w:val="0"/>
          <w:sz w:val="22"/>
        </w:rPr>
        <w:t>2. Falta de fundamentação concreta para a decretação da prisão preventiva, contrariando o disposto no artigo 93, inciso IX, da Constituição Federal;</w:t>
      </w:r>
    </w:p>
    <w:p>
      <w:pPr>
        <w:jc w:val="both"/>
      </w:pPr>
      <w:r>
        <w:rPr>
          <w:b w:val="0"/>
          <w:i w:val="0"/>
          <w:sz w:val="22"/>
        </w:rPr>
        <w:t>3. Violação ao princípio da presunção de inocência, garantido pelo artigo 5º, inciso LVII, da Constituição Federal;</w:t>
      </w:r>
    </w:p>
    <w:p>
      <w:pPr>
        <w:jc w:val="both"/>
      </w:pPr>
      <w:r>
        <w:rPr>
          <w:b w:val="0"/>
          <w:i w:val="0"/>
          <w:sz w:val="22"/>
        </w:rPr>
        <w:t>4. ________________________________________________________________.</w:t>
      </w:r>
    </w:p>
    <w:p/>
    <w:p/>
    <w:p>
      <w:pPr>
        <w:jc w:val="both"/>
      </w:pPr>
      <w:r>
        <w:rPr>
          <w:b w:val="0"/>
          <w:i w:val="0"/>
          <w:sz w:val="22"/>
        </w:rPr>
        <w:t>Jurisprudência consolidada do Superior Tribunal de Justiça confirma que a prisão preventiva deve ser medida excepcional, devidamente fundamentada, sob pena de nulidade.</w:t>
      </w:r>
    </w:p>
    <w:p/>
    <w:p/>
    <w:p>
      <w:pPr>
        <w:jc w:val="left"/>
      </w:pPr>
      <w:r>
        <w:rPr>
          <w:b/>
          <w:sz w:val="22"/>
        </w:rPr>
        <w:t>III - DO PEDIDO</w:t>
      </w:r>
    </w:p>
    <w:p>
      <w:pPr>
        <w:jc w:val="both"/>
      </w:pPr>
      <w:r>
        <w:rPr>
          <w:b w:val="0"/>
          <w:i w:val="0"/>
          <w:sz w:val="22"/>
        </w:rPr>
        <w:t>Diante do exposto, requer-se:</w:t>
      </w:r>
    </w:p>
    <w:p>
      <w:pPr>
        <w:jc w:val="both"/>
      </w:pPr>
      <w:r>
        <w:rPr>
          <w:b w:val="0"/>
          <w:i w:val="0"/>
          <w:sz w:val="22"/>
        </w:rPr>
        <w:t>a) A concessão liminar da ordem de habeas corpus, para que seja revogada a prisão do paciente BELTRANO DE TAL, determinando-se sua imediata soltura;</w:t>
      </w:r>
    </w:p>
    <w:p>
      <w:pPr>
        <w:jc w:val="both"/>
      </w:pPr>
      <w:r>
        <w:rPr>
          <w:b w:val="0"/>
          <w:i w:val="0"/>
          <w:sz w:val="22"/>
        </w:rPr>
        <w:t>b) No mérito, a confirmação da ordem, garantindo-se a liberdade do paciente, por estar ilegalmente preso;</w:t>
      </w:r>
    </w:p>
    <w:p>
      <w:pPr>
        <w:jc w:val="both"/>
      </w:pPr>
      <w:r>
        <w:rPr>
          <w:b w:val="0"/>
          <w:i w:val="0"/>
          <w:sz w:val="22"/>
        </w:rPr>
        <w:t>c) A juntada dos documentos anexos que comprovam as alegações aqui expostas;</w:t>
      </w:r>
    </w:p>
    <w:p>
      <w:pPr>
        <w:jc w:val="both"/>
      </w:pPr>
      <w:r>
        <w:rPr>
          <w:b w:val="0"/>
          <w:i w:val="0"/>
          <w:sz w:val="22"/>
        </w:rPr>
        <w:t>d) A notificação da autoridade apontada como coatora para prestar as informações que entender pertinentes;</w:t>
      </w:r>
    </w:p>
    <w:p>
      <w:pPr>
        <w:jc w:val="both"/>
      </w:pPr>
      <w:r>
        <w:rPr>
          <w:b w:val="0"/>
          <w:i w:val="0"/>
          <w:sz w:val="22"/>
        </w:rPr>
        <w:t>e) A intimação do Ministério Público para que se manifeste sobre o pedido.</w:t>
      </w:r>
    </w:p>
    <w:p/>
    <w:p/>
    <w:p>
      <w:pPr>
        <w:jc w:val="left"/>
      </w:pPr>
      <w:r>
        <w:rPr>
          <w:b/>
          <w:sz w:val="22"/>
        </w:rPr>
        <w:t>IV - DOS DOCUMENTOS QUE ACOMPANHAM O PEDIDO</w:t>
      </w:r>
    </w:p>
    <w:p>
      <w:pPr>
        <w:jc w:val="both"/>
      </w:pPr>
      <w:r>
        <w:rPr>
          <w:b w:val="0"/>
          <w:i w:val="0"/>
          <w:sz w:val="22"/>
        </w:rPr>
        <w:t>1. Cópia do auto de prisão em flagrante;</w:t>
      </w:r>
    </w:p>
    <w:p>
      <w:pPr>
        <w:jc w:val="both"/>
      </w:pPr>
      <w:r>
        <w:rPr>
          <w:b w:val="0"/>
          <w:i w:val="0"/>
          <w:sz w:val="22"/>
        </w:rPr>
        <w:t>2. Cópia da certidão de antecedentes criminais do paciente;</w:t>
      </w:r>
    </w:p>
    <w:p>
      <w:pPr>
        <w:jc w:val="both"/>
      </w:pPr>
      <w:r>
        <w:rPr>
          <w:b w:val="0"/>
          <w:i w:val="0"/>
          <w:sz w:val="22"/>
        </w:rPr>
        <w:t>3. Procuração ad judicia;</w:t>
      </w:r>
    </w:p>
    <w:p>
      <w:pPr>
        <w:jc w:val="both"/>
      </w:pPr>
      <w:r>
        <w:rPr>
          <w:b w:val="0"/>
          <w:i w:val="0"/>
          <w:sz w:val="22"/>
        </w:rPr>
        <w:t>4. Documentos pessoais do paciente;</w:t>
      </w:r>
    </w:p>
    <w:p>
      <w:pPr>
        <w:jc w:val="both"/>
      </w:pPr>
      <w:r>
        <w:rPr>
          <w:b w:val="0"/>
          <w:i w:val="0"/>
          <w:sz w:val="22"/>
        </w:rPr>
        <w:t>5. Outros documentos relevantes: ___________________________________________.</w:t>
      </w:r>
    </w:p>
    <w:p/>
    <w:p/>
    <w:p/>
    <w:p>
      <w:pPr>
        <w:jc w:val="both"/>
      </w:pPr>
      <w:r>
        <w:rPr>
          <w:b w:val="0"/>
          <w:i w:val="0"/>
          <w:sz w:val="22"/>
        </w:rPr>
        <w:t>Nestes termos,</w:t>
      </w:r>
    </w:p>
    <w:p>
      <w:pPr>
        <w:jc w:val="both"/>
      </w:pPr>
      <w:r>
        <w:rPr>
          <w:b w:val="0"/>
          <w:i w:val="0"/>
          <w:sz w:val="22"/>
        </w:rPr>
        <w:t>Pede deferimento.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</w:t>
      </w:r>
    </w:p>
    <w:p>
      <w:pPr>
        <w:jc w:val="center"/>
      </w:pPr>
      <w:r>
        <w:rPr>
          <w:b w:val="0"/>
          <w:i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https://modelos-br.com/habeas-corpus-para-o-stj/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habeas-corpus-para-o-stj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