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INVENTÁRIO EXTRAJUDICIAL</w:t>
      </w:r>
    </w:p>
    <w:p/>
    <w:p/>
    <w:p>
      <w:pPr>
        <w:jc w:val="center"/>
      </w:pPr>
      <w:r>
        <w:rPr>
          <w:b w:val="0"/>
          <w:i w:val="0"/>
          <w:sz w:val="20"/>
        </w:rPr>
        <w:t>AO TABELIONATO DE NOTAS DE __________________________</w:t>
      </w:r>
    </w:p>
    <w:p/>
    <w:p/>
    <w:p>
      <w:r>
        <w:rPr>
          <w:b/>
          <w:i w:val="0"/>
          <w:sz w:val="20"/>
        </w:rPr>
        <w:t>Inventariante: 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_________________________________________________________________</w:t>
      </w:r>
    </w:p>
    <w:p>
      <w:r>
        <w:rPr>
          <w:b w:val="0"/>
          <w:i w:val="0"/>
          <w:sz w:val="20"/>
        </w:rPr>
        <w:t>Documento de Identidade (RG): _______________________________________________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______________________________________________________________________</w:t>
      </w:r>
    </w:p>
    <w:p>
      <w:r>
        <w:rPr>
          <w:b w:val="0"/>
          <w:i w:val="0"/>
          <w:sz w:val="20"/>
        </w:rPr>
        <w:t>Endereço Completo: _________________________________________________________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_________________________________________________________________</w:t>
      </w:r>
    </w:p>
    <w:p>
      <w:r>
        <w:rPr>
          <w:b w:val="0"/>
          <w:i w:val="0"/>
          <w:sz w:val="20"/>
        </w:rPr>
        <w:t>E-mail: ___________________________________________________________________</w:t>
      </w:r>
    </w:p>
    <w:p/>
    <w:p>
      <w:r>
        <w:rPr>
          <w:b/>
          <w:i w:val="0"/>
          <w:sz w:val="20"/>
        </w:rPr>
        <w:t>Advogado: _________________________________________________________________</w:t>
      </w:r>
    </w:p>
    <w:p>
      <w:r>
        <w:rPr>
          <w:b w:val="0"/>
          <w:i w:val="0"/>
          <w:sz w:val="20"/>
        </w:rPr>
        <w:t>OAB nº: ___________________________________________________________________</w:t>
      </w:r>
    </w:p>
    <w:p>
      <w:r>
        <w:rPr>
          <w:b w:val="0"/>
          <w:i w:val="0"/>
          <w:sz w:val="20"/>
        </w:rPr>
        <w:t>Endereço profissional: ______________________________________________________</w:t>
      </w:r>
    </w:p>
    <w:p>
      <w:r>
        <w:rPr>
          <w:b w:val="0"/>
          <w:i w:val="0"/>
          <w:sz w:val="20"/>
        </w:rPr>
        <w:t>Telefone profissional: ______________________________________________________</w:t>
      </w:r>
    </w:p>
    <w:p>
      <w:r>
        <w:rPr>
          <w:b w:val="0"/>
          <w:i w:val="0"/>
          <w:sz w:val="20"/>
        </w:rPr>
        <w:t>E-mail profissional: ________________________________________________________</w:t>
      </w:r>
    </w:p>
    <w:p/>
    <w:p/>
    <w:p>
      <w:r>
        <w:rPr>
          <w:b/>
          <w:sz w:val="22"/>
        </w:rPr>
        <w:t>I - DOS FATOS</w:t>
      </w:r>
    </w:p>
    <w:p>
      <w:r>
        <w:rPr>
          <w:b w:val="0"/>
          <w:i w:val="0"/>
          <w:sz w:val="20"/>
        </w:rPr>
        <w:t>O presente inventário extrajudicial é requerido pelo(a) inventariante acima qualificado(a), com fulcro no artigo 610 e seguintes do Código de Processo Civil e na Lei nº 11.441/2007, para proceder à partilha dos bens deixados pelo(a) falecido(a) abaixo qualificado(a).</w:t>
      </w:r>
    </w:p>
    <w:p/>
    <w:p>
      <w:r>
        <w:rPr>
          <w:b/>
          <w:i w:val="0"/>
          <w:sz w:val="20"/>
        </w:rPr>
        <w:t>Falecido(a): ________________________________________________________________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_________________________________________________________________</w:t>
      </w:r>
    </w:p>
    <w:p>
      <w:r>
        <w:rPr>
          <w:b w:val="0"/>
          <w:i w:val="0"/>
          <w:sz w:val="20"/>
        </w:rPr>
        <w:t>Documento de Identidade (RG): _______________________________________________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______________________________________________________________________</w:t>
      </w:r>
    </w:p>
    <w:p>
      <w:r>
        <w:rPr>
          <w:b w:val="0"/>
          <w:i w:val="0"/>
          <w:sz w:val="20"/>
        </w:rPr>
        <w:t>Data do falecimento: __/__/____</w:t>
      </w:r>
    </w:p>
    <w:p>
      <w:r>
        <w:rPr>
          <w:b w:val="0"/>
          <w:i w:val="0"/>
          <w:sz w:val="20"/>
        </w:rPr>
        <w:t>Último domicílio: ___________________________________________________________</w:t>
      </w:r>
    </w:p>
    <w:p/>
    <w:p/>
    <w:p>
      <w:r>
        <w:rPr>
          <w:b/>
          <w:sz w:val="22"/>
        </w:rPr>
        <w:t>II - DOS HERDEIROS</w:t>
      </w:r>
    </w:p>
    <w:p>
      <w:r>
        <w:rPr>
          <w:b w:val="0"/>
          <w:i w:val="0"/>
          <w:sz w:val="20"/>
        </w:rPr>
        <w:t>São herdeiros do(a) falecido(a), para todos os efeitos legais, os seguintes indivíduos:</w:t>
      </w:r>
    </w:p>
    <w:p/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Nome Completo</w:t>
            </w:r>
          </w:p>
        </w:tc>
        <w:tc>
          <w:tcPr>
            <w:tcW w:type="dxa" w:w="1994"/>
          </w:tcPr>
          <w:p>
            <w:r>
              <w:t>Grau de Parentesco</w:t>
            </w:r>
          </w:p>
        </w:tc>
        <w:tc>
          <w:tcPr>
            <w:tcW w:type="dxa" w:w="1994"/>
          </w:tcPr>
          <w:p>
            <w:r>
              <w:t>Data de Nascimento</w:t>
            </w:r>
          </w:p>
        </w:tc>
        <w:tc>
          <w:tcPr>
            <w:tcW w:type="dxa" w:w="1994"/>
          </w:tcPr>
          <w:p>
            <w:r>
              <w:t>CPF</w:t>
            </w:r>
          </w:p>
        </w:tc>
        <w:tc>
          <w:tcPr>
            <w:tcW w:type="dxa" w:w="1994"/>
          </w:tcPr>
          <w:p>
            <w:r>
              <w:t>Estado Civil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  <w:tc>
          <w:tcPr>
            <w:tcW w:type="dxa" w:w="1994"/>
          </w:tcPr>
          <w:p>
            <w:r>
              <w:t>___________________________________________________</w:t>
            </w:r>
          </w:p>
        </w:tc>
      </w:tr>
    </w:tbl>
    <w:p/>
    <w:p/>
    <w:p>
      <w:r>
        <w:rPr>
          <w:b/>
          <w:sz w:val="22"/>
        </w:rPr>
        <w:t>III - DO PATRIMÔNIO</w:t>
      </w:r>
    </w:p>
    <w:p>
      <w:r>
        <w:rPr>
          <w:b w:val="0"/>
          <w:i w:val="0"/>
          <w:sz w:val="20"/>
        </w:rPr>
        <w:t>O espólio é composto pelos seguintes bens, direitos e obrigações, que deverão ser partilhados conforme a lei:</w:t>
      </w:r>
    </w:p>
    <w:p/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Descrição do Bem</w:t>
            </w:r>
          </w:p>
        </w:tc>
        <w:tc>
          <w:tcPr>
            <w:tcW w:type="dxa" w:w="2493"/>
          </w:tcPr>
          <w:p>
            <w:r>
              <w:t>Localização/Endereço</w:t>
            </w:r>
          </w:p>
        </w:tc>
        <w:tc>
          <w:tcPr>
            <w:tcW w:type="dxa" w:w="2493"/>
          </w:tcPr>
          <w:p>
            <w:r>
              <w:t>Registro/Inscrição</w:t>
            </w:r>
          </w:p>
        </w:tc>
        <w:tc>
          <w:tcPr>
            <w:tcW w:type="dxa" w:w="2493"/>
          </w:tcPr>
          <w:p>
            <w:r>
              <w:t>Observações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___________________________________________________</w:t>
            </w:r>
          </w:p>
        </w:tc>
      </w:tr>
    </w:tbl>
    <w:p/>
    <w:p/>
    <w:p>
      <w:r>
        <w:rPr>
          <w:b/>
          <w:sz w:val="22"/>
        </w:rPr>
        <w:t>IV - DAS DÍVIDAS E ÔNUS</w:t>
      </w:r>
    </w:p>
    <w:p>
      <w:r>
        <w:rPr>
          <w:b w:val="0"/>
          <w:i w:val="0"/>
          <w:sz w:val="20"/>
        </w:rPr>
        <w:t>Constam as seguintes dívidas e ônus sobre o espólio, os quais deverão ser quitados ou assumidos na partilha:</w:t>
      </w:r>
    </w:p>
    <w:p/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Descrição</w:t>
            </w:r>
          </w:p>
        </w:tc>
        <w:tc>
          <w:tcPr>
            <w:tcW w:type="dxa" w:w="3324"/>
          </w:tcPr>
          <w:p>
            <w:r>
              <w:t>Credor</w:t>
            </w:r>
          </w:p>
        </w:tc>
        <w:tc>
          <w:tcPr>
            <w:tcW w:type="dxa" w:w="3324"/>
          </w:tcPr>
          <w:p>
            <w:r>
              <w:t>Valor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___________________________________________________</w:t>
            </w:r>
          </w:p>
        </w:tc>
      </w:tr>
    </w:tbl>
    <w:p/>
    <w:p/>
    <w:p>
      <w:r>
        <w:rPr>
          <w:b/>
          <w:sz w:val="22"/>
        </w:rPr>
        <w:t>V - DAS DECLARAÇÕES E REQUERIMENTOS</w:t>
      </w:r>
    </w:p>
    <w:p>
      <w:r>
        <w:rPr>
          <w:b w:val="0"/>
          <w:i w:val="0"/>
          <w:sz w:val="20"/>
        </w:rPr>
        <w:t>O(a) inventariante declara, sob as penas da lei, que todos os bens, direitos e obrigações relacionados foram informados de forma completa e verdadeira, inexistindo outros bens ou dívidas não declarados.</w:t>
      </w:r>
    </w:p>
    <w:p/>
    <w:p>
      <w:r>
        <w:rPr>
          <w:b w:val="0"/>
          <w:i w:val="0"/>
          <w:sz w:val="20"/>
        </w:rPr>
        <w:t>Requer, por fim, que este Tabelionato proceda à lavratura da escritura pública de inventário e partilha, com a respetiva averbação junto aos órgãos competentes, nos termos da legislação vigente.</w:t>
      </w:r>
    </w:p>
    <w:p/>
    <w:p/>
    <w:p>
      <w:r>
        <w:rPr>
          <w:b/>
          <w:sz w:val="22"/>
        </w:rPr>
        <w:t>VI - DOCUMENTOS APRESENTADOS</w:t>
      </w:r>
    </w:p>
    <w:p>
      <w:r>
        <w:rPr>
          <w:b w:val="0"/>
          <w:i w:val="0"/>
          <w:sz w:val="20"/>
        </w:rPr>
        <w:t>Para instruir o presente pedido, foram apresentados os seguintes documentos:</w:t>
      </w:r>
    </w:p>
    <w:p>
      <w:r>
        <w:rPr>
          <w:b w:val="0"/>
          <w:i w:val="0"/>
          <w:sz w:val="20"/>
        </w:rPr>
        <w:t>• Certidão de óbito do(a) falecido(a);</w:t>
      </w:r>
    </w:p>
    <w:p>
      <w:r>
        <w:rPr>
          <w:b w:val="0"/>
          <w:i w:val="0"/>
          <w:sz w:val="20"/>
        </w:rPr>
        <w:t>• Documentos pessoais do(a) inventariante e dos herdeiros;</w:t>
      </w:r>
    </w:p>
    <w:p>
      <w:r>
        <w:rPr>
          <w:b w:val="0"/>
          <w:i w:val="0"/>
          <w:sz w:val="20"/>
        </w:rPr>
        <w:t>• Certidão de casamento (se casado(a));</w:t>
      </w:r>
    </w:p>
    <w:p>
      <w:r>
        <w:rPr>
          <w:b w:val="0"/>
          <w:i w:val="0"/>
          <w:sz w:val="20"/>
        </w:rPr>
        <w:t>• Certidões negativas de débitos fiscais;</w:t>
      </w:r>
    </w:p>
    <w:p>
      <w:r>
        <w:rPr>
          <w:b w:val="0"/>
          <w:i w:val="0"/>
          <w:sz w:val="20"/>
        </w:rPr>
        <w:t>• Documentos comprobatórios da propriedade dos bens;</w:t>
      </w:r>
    </w:p>
    <w:p>
      <w:r>
        <w:rPr>
          <w:b w:val="0"/>
          <w:i w:val="0"/>
          <w:sz w:val="20"/>
        </w:rPr>
        <w:t>• Outros documentos pertinentes: ____________________________________________</w:t>
      </w:r>
    </w:p>
    <w:p>
      <w:r>
        <w:rPr>
          <w:b w:val="0"/>
          <w:i w:val="0"/>
          <w:sz w:val="20"/>
        </w:rPr>
        <w:t xml:space="preserve">  ________________________________________________________________________</w:t>
      </w:r>
    </w:p>
    <w:p/>
    <w:p/>
    <w:p>
      <w:r>
        <w:rPr>
          <w:b/>
          <w:i w:val="0"/>
          <w:sz w:val="20"/>
        </w:rPr>
        <w:t>Local: ___________________________________________</w:t>
      </w:r>
    </w:p>
    <w:p>
      <w:r>
        <w:rPr>
          <w:b/>
          <w:i w:val="0"/>
          <w:sz w:val="20"/>
        </w:rPr>
        <w:t>Data: ____________________________________________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Inventariante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Advogado(a) – OAB nº 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https://modelos-br.com/inventario-extrajudicial/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inventario-extrajudicia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