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INDULTO</w:t>
      </w:r>
    </w:p>
    <w:p/>
    <w:p>
      <w:r>
        <w:rPr>
          <w:b w:val="0"/>
          <w:sz w:val="20"/>
        </w:rPr>
        <w:t>Excelentíssimo Senhor Presidente da República Federativa do Brasil,</w:t>
      </w:r>
    </w:p>
    <w:p/>
    <w:p>
      <w:pPr>
        <w:ind w:firstLine="567"/>
      </w:pPr>
      <w:r>
        <w:rPr>
          <w:b w:val="0"/>
          <w:sz w:val="20"/>
        </w:rPr>
        <w:t>Eu, ____________________________________________, brasileiro(a), portador(a) do RG nº ______________ e do CPF nº ________________, residente e domiciliado(a) à ________________________________________________________________, venho, respeitosamente, por meio desta, apresentar Pedido de Indulto, com fundamento na Constituição Federal, no Código Penal e nas normas pertinentes.</w:t>
      </w:r>
    </w:p>
    <w:p/>
    <w:p>
      <w:r>
        <w:rPr>
          <w:b/>
          <w:sz w:val="22"/>
        </w:rPr>
        <w:t>I – DOS FATOS</w:t>
      </w:r>
    </w:p>
    <w:p/>
    <w:p>
      <w:pPr>
        <w:ind w:firstLine="567"/>
      </w:pPr>
      <w:r>
        <w:rPr>
          <w:b w:val="0"/>
          <w:sz w:val="20"/>
        </w:rPr>
        <w:t>O requerente encontra-se cumprindo pena pelo delito de ________________________________________________, conforme processo nº ____________________, na Vara Criminal da Comarca de ____________________________, desde ________________.</w:t>
      </w:r>
    </w:p>
    <w:p/>
    <w:p>
      <w:pPr>
        <w:ind w:firstLine="567"/>
      </w:pPr>
      <w:r>
        <w:rPr>
          <w:b w:val="0"/>
          <w:sz w:val="20"/>
        </w:rPr>
        <w:t>Durante o cumprimento da pena, o requerente demonstrou bom comportamento, arrependimento, e participou de atividades de ressocialização, conforme comprova a documentação anexa.</w:t>
      </w:r>
    </w:p>
    <w:p/>
    <w:p>
      <w:r>
        <w:rPr>
          <w:b/>
          <w:sz w:val="22"/>
        </w:rPr>
        <w:t>II – DO DIREITO</w:t>
      </w:r>
    </w:p>
    <w:p/>
    <w:p>
      <w:pPr>
        <w:ind w:firstLine="567"/>
      </w:pPr>
      <w:r>
        <w:rPr>
          <w:b w:val="0"/>
          <w:sz w:val="20"/>
        </w:rPr>
        <w:t>O indulto é uma prerrogativa constitucional do Presidente da República, prevista no art. 84, inciso XII, da Constituição Federal, que permite conceder perdão total ou parcial da pena imposta, nos termos da lei.</w:t>
      </w:r>
    </w:p>
    <w:p/>
    <w:p>
      <w:pPr>
        <w:ind w:firstLine="567"/>
      </w:pPr>
      <w:r>
        <w:rPr>
          <w:b w:val="0"/>
          <w:sz w:val="20"/>
        </w:rPr>
        <w:t>De acordo com o Código Penal, especialmente os artigos referentes ao indulto e comutação de penas, o requerente preenche os requisitos legais para a concessão do benefício.</w:t>
      </w:r>
    </w:p>
    <w:p/>
    <w:p>
      <w:pPr>
        <w:ind w:firstLine="567"/>
      </w:pPr>
      <w:r>
        <w:rPr>
          <w:b w:val="0"/>
          <w:sz w:val="20"/>
        </w:rPr>
        <w:t>Além disso, considerando o cumprimento parcial da pena, o bom comportamento carcerário e a participação em programas de reinserção social, o presente pedido merece deferimento.</w:t>
      </w:r>
    </w:p>
    <w:p/>
    <w:p>
      <w:r>
        <w:rPr>
          <w:b/>
          <w:sz w:val="22"/>
        </w:rPr>
        <w:t>III – DOS DOCUMENTOS ANEXADOS</w:t>
      </w:r>
    </w:p>
    <w:p/>
    <w:p>
      <w:pPr>
        <w:ind w:firstLine="567"/>
      </w:pPr>
      <w:r>
        <w:rPr>
          <w:b w:val="0"/>
          <w:sz w:val="20"/>
        </w:rPr>
        <w:t>• Cópia da sentença condenatória e trânsito em julgado;</w:t>
      </w:r>
    </w:p>
    <w:p>
      <w:pPr>
        <w:ind w:firstLine="567"/>
      </w:pPr>
      <w:r>
        <w:rPr>
          <w:b w:val="0"/>
          <w:sz w:val="20"/>
        </w:rPr>
        <w:t>• Certidão de tempo cumprido da pena;</w:t>
      </w:r>
    </w:p>
    <w:p>
      <w:pPr>
        <w:ind w:firstLine="567"/>
      </w:pPr>
      <w:r>
        <w:rPr>
          <w:b w:val="0"/>
          <w:sz w:val="20"/>
        </w:rPr>
        <w:t>• Relatórios disciplinares e de atividades laborais do requerente;</w:t>
      </w:r>
    </w:p>
    <w:p>
      <w:pPr>
        <w:ind w:firstLine="567"/>
      </w:pPr>
      <w:r>
        <w:rPr>
          <w:b w:val="0"/>
          <w:sz w:val="20"/>
        </w:rPr>
        <w:t>• Comprovante de endereço atualizado;</w:t>
      </w:r>
    </w:p>
    <w:p>
      <w:pPr>
        <w:ind w:firstLine="567"/>
      </w:pPr>
      <w:r>
        <w:rPr>
          <w:b w:val="0"/>
          <w:sz w:val="20"/>
        </w:rPr>
        <w:t>• Outros documentos pertinentes que comprovam o direito ao indulto.</w:t>
      </w:r>
    </w:p>
    <w:p/>
    <w:p>
      <w:r>
        <w:rPr>
          <w:b/>
          <w:sz w:val="22"/>
        </w:rPr>
        <w:t>IV – DO PEDIDO</w:t>
      </w:r>
    </w:p>
    <w:p/>
    <w:p>
      <w:pPr>
        <w:ind w:firstLine="567"/>
      </w:pPr>
      <w:r>
        <w:rPr>
          <w:b w:val="0"/>
          <w:sz w:val="20"/>
        </w:rPr>
        <w:t>Diante do exposto, requer:</w:t>
      </w:r>
    </w:p>
    <w:p>
      <w:pPr>
        <w:ind w:firstLine="567"/>
      </w:pPr>
      <w:r>
        <w:rPr>
          <w:b w:val="0"/>
          <w:sz w:val="20"/>
        </w:rPr>
        <w:t>1. A concessão do indulto presidencial, nos termos da legislação vigente, com a extinção da pena remanescente;</w:t>
      </w:r>
    </w:p>
    <w:p>
      <w:pPr>
        <w:ind w:firstLine="567"/>
      </w:pPr>
      <w:r>
        <w:rPr>
          <w:b w:val="0"/>
          <w:sz w:val="20"/>
        </w:rPr>
        <w:t>2. A intimação do Ministério Público para que se manifeste, caso queira;</w:t>
      </w:r>
    </w:p>
    <w:p>
      <w:pPr>
        <w:ind w:firstLine="567"/>
      </w:pPr>
      <w:r>
        <w:rPr>
          <w:b w:val="0"/>
          <w:sz w:val="20"/>
        </w:rPr>
        <w:t>3. A juntada dos documentos que acompanham este pedido;</w:t>
      </w:r>
    </w:p>
    <w:p>
      <w:pPr>
        <w:ind w:firstLine="567"/>
      </w:pPr>
      <w:r>
        <w:rPr>
          <w:b w:val="0"/>
          <w:sz w:val="20"/>
        </w:rPr>
        <w:t>4. A expedição de alvará de soltura, se for o caso.</w:t>
      </w:r>
    </w:p>
    <w:p/>
    <w:p>
      <w:r>
        <w:rPr>
          <w:b/>
          <w:sz w:val="22"/>
        </w:rPr>
        <w:t>Termos em que,</w:t>
      </w:r>
    </w:p>
    <w:p>
      <w:pPr>
        <w:ind w:firstLine="567"/>
      </w:pPr>
      <w:r>
        <w:rPr>
          <w:b w:val="0"/>
          <w:sz w:val="20"/>
        </w:rPr>
        <w:t>Pede deferimento.</w:t>
      </w:r>
    </w:p>
    <w:p/>
    <w:p/>
    <w:p>
      <w:r>
        <w:rPr>
          <w:b w:val="0"/>
          <w:sz w:val="20"/>
        </w:rPr>
        <w:t>______________________________, ______ de ____________________ de ________</w:t>
      </w:r>
    </w:p>
    <w:p/>
    <w:p>
      <w:pPr>
        <w:jc w:val="center"/>
      </w:pPr>
      <w:r>
        <w:rPr>
          <w:b w:val="0"/>
          <w:sz w:val="20"/>
        </w:rPr>
        <w:t>Assinatura do Requerente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Nome do Advogado</w:t>
      </w:r>
    </w:p>
    <w:p>
      <w:pPr>
        <w:jc w:val="center"/>
      </w:pPr>
      <w:r>
        <w:rPr>
          <w:b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https://modelos-br.com/pedido-de-indulto/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dido-de-indult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