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INICIAL – AÇÃO DE NATUREZA CIVIL</w:t>
      </w:r>
    </w:p>
    <w:p/>
    <w:p>
      <w:r>
        <w:rPr>
          <w:b w:val="0"/>
          <w:sz w:val="20"/>
        </w:rPr>
        <w:t>EXCELENTÍSSIMO SENHOR DOUTOR JUIZ DE DIREITO DA ___ VARA CÍVEL DA COMARCA DE _________________________</w:t>
      </w:r>
    </w:p>
    <w:p/>
    <w:p>
      <w:r>
        <w:rPr>
          <w:b w:val="0"/>
          <w:sz w:val="20"/>
        </w:rPr>
        <w:t>NOME COMPLETO DO AUTOR, nacionalidade, estado civil, profissão, portador do RG nº _______________, inscrito no CPF sob nº _______________, residente e domiciliado à ____________________________________________________________, por seu advogado infra-assinado (procuração anexa), vem, respeitosamente, à presença de Vossa Excelência propor</w:t>
      </w:r>
    </w:p>
    <w:p/>
    <w:p>
      <w:r>
        <w:rPr>
          <w:b w:val="0"/>
          <w:sz w:val="20"/>
        </w:rPr>
        <w:t>AÇÃO DE NATUREZA CIVIL</w:t>
      </w:r>
    </w:p>
    <w:p/>
    <w:p>
      <w:r>
        <w:rPr>
          <w:b/>
          <w:sz w:val="20"/>
        </w:rPr>
        <w:t>em face de NOME COMPLETO DO RÉU, nacionalidade, estado civil, profissão, portador do RG nº _______________, inscrito no CPF sob nº _______________, residente e domiciliado à ____________________________________________________________, pelos fatos e fundamentos a seguir expostos.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Descrever detalhadamente os fatos que ensejam a demanda, narrando de forma clara e cronológica os acontecimentos que motivam a presente ação.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Indicar os dispositivos legais, princípios jurídicos, súmulas e jurisprudência aplicáveis ao caso concreto que fundamentam o pedido do autor.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1. A citação do réu para apresentar contestação, sob pena de revelia e confissão;</w:t>
      </w:r>
    </w:p>
    <w:p>
      <w:r>
        <w:rPr>
          <w:b/>
          <w:sz w:val="20"/>
        </w:rPr>
        <w:t>2. A procedência da ação para condenar o réu a _______________________________________________________________;</w:t>
      </w:r>
    </w:p>
    <w:p>
      <w:r>
        <w:rPr>
          <w:b/>
          <w:sz w:val="20"/>
        </w:rPr>
        <w:t>3. A condenação do réu ao pagamento das custas processuais e honorários advocatícios;</w:t>
      </w:r>
    </w:p>
    <w:p>
      <w:r>
        <w:rPr>
          <w:b/>
          <w:sz w:val="20"/>
        </w:rPr>
        <w:t>4. A produção de todas as provas em direito admitidas, especialmente documental, testemunhal e pericial, se necessário;</w:t>
      </w:r>
    </w:p>
    <w:p>
      <w:r>
        <w:rPr>
          <w:b/>
          <w:sz w:val="20"/>
        </w:rPr>
        <w:t>5. A concessão dos benefícios da justiça gratuita, caso seja o caso;</w:t>
      </w:r>
    </w:p>
    <w:p>
      <w:r>
        <w:rPr>
          <w:b/>
          <w:sz w:val="20"/>
        </w:rPr>
        <w:t>6. Outros pedidos específicos: _____________________________________________________________.</w:t>
      </w:r>
    </w:p>
    <w:p/>
    <w:p>
      <w:r>
        <w:rPr>
          <w:b/>
          <w:sz w:val="22"/>
        </w:rPr>
        <w:t>IV – DO VALOR DA CAUSA</w:t>
      </w:r>
    </w:p>
    <w:p/>
    <w:p>
      <w:r>
        <w:rPr>
          <w:b/>
          <w:sz w:val="20"/>
        </w:rPr>
        <w:t>Dá-se à causa o valor de R$ _________________________ (valor expresso por extenso), para fins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/>
          <w:sz w:val="20"/>
        </w:rPr>
        <w:t>Pede deferimento.</w:t>
      </w:r>
    </w:p>
    <w:p/>
    <w:p>
      <w:r>
        <w:rPr>
          <w:b/>
          <w:sz w:val="20"/>
        </w:rPr>
        <w:t>Local, ___ de ____________________ de ________.</w:t>
      </w:r>
    </w:p>
    <w:p/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https://modelos-br.com/peticao-civil/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ticao-civi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