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ADVOGADO</w:t>
      </w:r>
    </w:p>
    <w:p/>
    <w:p/>
    <w:p>
      <w:pPr>
        <w:jc w:val="both"/>
      </w:pPr>
      <w:r>
        <w:rPr>
          <w:b w:val="0"/>
          <w:i w:val="0"/>
          <w:sz w:val="22"/>
        </w:rPr>
        <w:t>OUTORGANTE: 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RG nº: ___________________________ ÓRGÃO EXPEDIDOR: ________________________</w:t>
      </w:r>
    </w:p>
    <w:p>
      <w:pPr>
        <w:jc w:val="both"/>
      </w:pPr>
      <w:r>
        <w:rPr>
          <w:b w:val="0"/>
          <w:i w:val="0"/>
          <w:sz w:val="22"/>
        </w:rPr>
        <w:t>CPF nº: ___________________________________________________________________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 COMPLETO: 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CEP: _______________ CIDADE: _______________________ ESTADO: _______________</w:t>
      </w:r>
    </w:p>
    <w:p/>
    <w:p>
      <w:pPr>
        <w:jc w:val="both"/>
      </w:pPr>
      <w:r>
        <w:rPr>
          <w:b w:val="0"/>
          <w:i w:val="0"/>
          <w:sz w:val="22"/>
        </w:rPr>
        <w:t>OUTORGADO: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______________________________________________________________</w:t>
      </w:r>
    </w:p>
    <w:p>
      <w:pPr>
        <w:jc w:val="center"/>
      </w:pPr>
      <w:r>
        <w:rPr>
          <w:b/>
          <w:sz w:val="24"/>
        </w:rPr>
        <w:t>PROFISSÃO: ADVOGADO(A)</w:t>
      </w:r>
    </w:p>
    <w:p>
      <w:pPr>
        <w:jc w:val="both"/>
      </w:pPr>
      <w:r>
        <w:rPr>
          <w:b w:val="0"/>
          <w:i w:val="0"/>
          <w:sz w:val="22"/>
        </w:rPr>
        <w:t>OAB/UF nº: ____________________________</w:t>
      </w:r>
    </w:p>
    <w:p>
      <w:pPr>
        <w:jc w:val="both"/>
      </w:pPr>
      <w:r>
        <w:rPr>
          <w:b w:val="0"/>
          <w:i w:val="0"/>
          <w:sz w:val="22"/>
        </w:rPr>
        <w:t>ENDEREÇO COMPLETO DO ESCRITÓRIO: 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CEP: _______________ CIDADE: _______________________ ESTADO: _______________</w:t>
      </w:r>
    </w:p>
    <w:p/>
    <w:p>
      <w:pPr>
        <w:jc w:val="both"/>
      </w:pPr>
      <w:r>
        <w:rPr>
          <w:b/>
          <w:i w:val="0"/>
          <w:sz w:val="22"/>
        </w:rPr>
        <w:t>PODERES: Pelo presente instrumento particular de procuração, o OUTORGANTE nomeia e constitui seu bastante procurador o OUTORGADO, conferindo-lhe amplos, gerais e ilimitados poderes para representá-lo(a), ativa e passivamente, judicial e extrajudicialmente, em qualquer instância, Tribunal, Juízo, Secretaria, Cartório, repartição pública ou privada, autarquia, Ministério Público, Defensoria Pública, órgãos federais, estaduais e municipais, podendo praticar todos os atos necessários ao bom e fiel cumprimento deste mandato, incluindo, mas não se limitando a:</w:t>
      </w:r>
    </w:p>
    <w:p/>
    <w:p>
      <w:pPr>
        <w:jc w:val="both"/>
      </w:pPr>
      <w:r>
        <w:rPr>
          <w:b/>
          <w:i w:val="0"/>
          <w:sz w:val="22"/>
        </w:rPr>
        <w:t>1. Propor, acompanhar, contestar, acordar, transigir, desistir, receber e dar quitação em ações judiciais e procedimentos administrativos;</w:t>
      </w:r>
    </w:p>
    <w:p>
      <w:pPr>
        <w:jc w:val="both"/>
      </w:pPr>
      <w:r>
        <w:rPr>
          <w:b/>
          <w:i w:val="0"/>
          <w:sz w:val="22"/>
        </w:rPr>
        <w:t>2. Receber citações, intimações, notificações e demais comunicações;</w:t>
      </w:r>
    </w:p>
    <w:p>
      <w:pPr>
        <w:jc w:val="both"/>
      </w:pPr>
      <w:r>
        <w:rPr>
          <w:b/>
          <w:i w:val="0"/>
          <w:sz w:val="22"/>
        </w:rPr>
        <w:t>3. Assinar petições, documentos, contratos, acordos e quaisquer instrumentos que se fizerem necessários;</w:t>
      </w:r>
    </w:p>
    <w:p>
      <w:pPr>
        <w:jc w:val="both"/>
      </w:pPr>
      <w:r>
        <w:rPr>
          <w:b/>
          <w:i w:val="0"/>
          <w:sz w:val="22"/>
        </w:rPr>
        <w:t>4. Constituir advogados substabelecidos, com ou sem reservas de poderes;</w:t>
      </w:r>
    </w:p>
    <w:p>
      <w:pPr>
        <w:jc w:val="both"/>
      </w:pPr>
      <w:r>
        <w:rPr>
          <w:b/>
          <w:i w:val="0"/>
          <w:sz w:val="22"/>
        </w:rPr>
        <w:t>5. Requerer certidões, expedição de documentos, levantamento de valores, e praticar todos os atos que se fizerem necessários para a defesa dos interesses do OUTORGANTE;</w:t>
      </w:r>
    </w:p>
    <w:p/>
    <w:p>
      <w:pPr>
        <w:jc w:val="both"/>
      </w:pPr>
      <w:r>
        <w:rPr>
          <w:b w:val="0"/>
          <w:i w:val="0"/>
          <w:sz w:val="22"/>
        </w:rPr>
        <w:t>O presente mandato é outorgado com a cláusula ad judicia et extra, para que o procurador possa agir em nome do outorgante, praticando todos os atos necessários ao fiel cumprimento deste mandato.</w:t>
      </w:r>
    </w:p>
    <w:p/>
    <w:p>
      <w:pPr>
        <w:jc w:val="both"/>
      </w:pPr>
      <w:r>
        <w:rPr>
          <w:b w:val="0"/>
          <w:i w:val="0"/>
          <w:sz w:val="22"/>
        </w:rPr>
        <w:t>Este instrumento é firmado em duas vias de igual teor para um só efeito, firmado pelo OUTORGANTE.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_____________________________________________________________</w:t>
      </w:r>
    </w:p>
    <w:p>
      <w:pPr>
        <w:jc w:val="center"/>
      </w:pPr>
      <w:r>
        <w:rPr>
          <w:b/>
          <w:sz w:val="24"/>
        </w:rPr>
        <w:t>ASSINATURA DO OUTORGANTE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_____________________________________________________________</w:t>
      </w:r>
    </w:p>
    <w:p>
      <w:pPr>
        <w:jc w:val="center"/>
      </w:pPr>
      <w:r>
        <w:rPr>
          <w:b/>
          <w:sz w:val="24"/>
        </w:rPr>
        <w:t>ASSINATURA DO ADVOGADO OUTORGADO</w:t>
      </w:r>
    </w:p>
    <w:p/>
    <w:p>
      <w:pPr>
        <w:jc w:val="both"/>
      </w:pPr>
      <w:r>
        <w:rPr>
          <w:b/>
          <w:i w:val="0"/>
          <w:sz w:val="22"/>
        </w:rPr>
        <w:t>TESTEMUNHAS:</w:t>
      </w:r>
    </w:p>
    <w:p>
      <w:pPr>
        <w:jc w:val="both"/>
      </w:pPr>
      <w:r>
        <w:rPr>
          <w:b w:val="0"/>
          <w:i w:val="0"/>
          <w:sz w:val="22"/>
        </w:rPr>
        <w:t>1) Nome: ______________________________________ CPF: ______________________</w:t>
      </w:r>
    </w:p>
    <w:p>
      <w:pPr>
        <w:jc w:val="both"/>
      </w:pPr>
      <w:r>
        <w:rPr>
          <w:b w:val="0"/>
          <w:i w:val="0"/>
          <w:sz w:val="22"/>
        </w:rPr>
        <w:t xml:space="preserve">   Assinatura: ___________________________________________</w:t>
      </w:r>
    </w:p>
    <w:p/>
    <w:p>
      <w:pPr>
        <w:jc w:val="both"/>
      </w:pPr>
      <w:r>
        <w:rPr>
          <w:b w:val="0"/>
          <w:i w:val="0"/>
          <w:sz w:val="22"/>
        </w:rPr>
        <w:t>2) Nome: ______________________________________ CPF: ______________________</w:t>
      </w:r>
    </w:p>
    <w:p>
      <w:pPr>
        <w:jc w:val="both"/>
      </w:pPr>
      <w:r>
        <w:rPr>
          <w:b w:val="0"/>
          <w:i w:val="0"/>
          <w:sz w:val="22"/>
        </w:rPr>
        <w:t xml:space="preserve">   Assinatura: ___________________________________________</w:t>
      </w:r>
    </w:p>
    <w:p/>
    <w:p>
      <w:pPr>
        <w:jc w:val="center"/>
      </w:pPr>
      <w:r>
        <w:rPr>
          <w:b/>
          <w:sz w:val="24"/>
        </w:rPr>
        <w:t>LOCAL: _______________________________________</w:t>
      </w:r>
    </w:p>
    <w:p>
      <w:pPr>
        <w:jc w:val="center"/>
      </w:pPr>
      <w:r>
        <w:rPr>
          <w:b/>
          <w:sz w:val="24"/>
        </w:rPr>
        <w:t>DATA: ____/____/______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https://modelos-br.com/procuracao-para-advogado/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rocuracao-para-advogad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