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PROCURAÇÃO VEICULAR</w:t>
      </w:r>
    </w:p>
    <w:p/>
    <w:p/>
    <w:p>
      <w:r>
        <w:rPr>
          <w:b w:val="0"/>
          <w:sz w:val="22"/>
        </w:rPr>
        <w:t>OUTORGANTE: ____________________________________________________________, brasileiro(a), estado civil ______________, profissão ____________________________, portador(a) do RG nº ____________________ e CPF nº ____________________, residente e domiciliado(a) à ________________________________________________________________, nº ________, bairro ___________________, cidade ______________________, estado ________, CEP ________________.</w:t>
      </w:r>
    </w:p>
    <w:p/>
    <w:p>
      <w:r>
        <w:rPr>
          <w:b w:val="0"/>
          <w:sz w:val="22"/>
        </w:rPr>
        <w:t>OUTORGADO: ____________________________________________________________, brasileiro(a), estado civil ______________, profissão ____________________________, portador(a) do RG nº ____________________ e CPF nº ____________________, residente e domiciliado(a) à ________________________________________________________________, nº ________, bairro ___________________, cidade ______________________, estado ________, CEP ________________.</w:t>
      </w:r>
    </w:p>
    <w:p/>
    <w:p>
      <w:r>
        <w:rPr>
          <w:b w:val="0"/>
          <w:sz w:val="22"/>
        </w:rPr>
        <w:t>Pelo presente instrumento particular de procuração, o OUTORGANTE nomeia e constitui seu bastante procurador o OUTORGADO, conferindo-lhe poderes especiais para representá-lo(a) perante quaisquer órgãos públicos ou privados, especialmente junto ao Departamento Estadual de Trânsito – DETRAN e demais órgãos competentes, para praticar os seguintes atos relacionados ao veículo de sua propriedade:</w:t>
      </w:r>
    </w:p>
    <w:p/>
    <w:p>
      <w:r>
        <w:rPr>
          <w:b w:val="0"/>
          <w:sz w:val="22"/>
        </w:rPr>
        <w:t>1. Requerer, assinar e retirar documentos relativos ao veículo:</w:t>
      </w:r>
    </w:p>
    <w:p>
      <w:r>
        <w:rPr>
          <w:b w:val="0"/>
          <w:sz w:val="22"/>
        </w:rPr>
        <w:t xml:space="preserve">   - Registro, transferência, licenciamento, emplacamento, vistoria, renovação de documentos;</w:t>
      </w:r>
    </w:p>
    <w:p>
      <w:r>
        <w:rPr>
          <w:b w:val="0"/>
          <w:sz w:val="22"/>
        </w:rPr>
        <w:t xml:space="preserve">   - Solicitação de segunda via de documentos;</w:t>
      </w:r>
    </w:p>
    <w:p>
      <w:r>
        <w:rPr>
          <w:b w:val="0"/>
          <w:sz w:val="22"/>
        </w:rPr>
        <w:t xml:space="preserve">   - Requerer certidões e comprovantes junto aos órgãos competentes;</w:t>
      </w:r>
    </w:p>
    <w:p>
      <w:r>
        <w:rPr>
          <w:b w:val="0"/>
          <w:sz w:val="22"/>
        </w:rPr>
        <w:t xml:space="preserve">   - Realizar pagamentos de taxas, multas e demais encargos relacionados ao veículo.</w:t>
      </w:r>
    </w:p>
    <w:p/>
    <w:p>
      <w:r>
        <w:rPr>
          <w:b w:val="0"/>
          <w:sz w:val="22"/>
        </w:rPr>
        <w:t>2. Representar o OUTORGANTE em processos administrativos e judiciais que tenham relação com o veículo mencionado.</w:t>
      </w:r>
    </w:p>
    <w:p/>
    <w:p>
      <w:r>
        <w:rPr>
          <w:b w:val="0"/>
          <w:sz w:val="22"/>
        </w:rPr>
        <w:t>3. Assinar contratos, recibos, termos e demais documentos necessários para o exercício dos poderes aqui outorgados.</w:t>
      </w:r>
    </w:p>
    <w:p/>
    <w:p>
      <w:r>
        <w:rPr>
          <w:b w:val="0"/>
          <w:sz w:val="22"/>
        </w:rPr>
        <w:t>4. Praticar todos os demais atos necessários para o fiel cumprimento deste mandato.</w:t>
      </w:r>
    </w:p>
    <w:p/>
    <w:p>
      <w:r>
        <w:rPr>
          <w:b w:val="0"/>
          <w:sz w:val="22"/>
        </w:rPr>
        <w:t>O presente mandato é válido para o veículo de marca ____________________________, modelo ________________________, ano de fabricação ______, ano modelo ______, cor ____________________, placa ____________________, RENAVAM ____________________.</w:t>
      </w:r>
    </w:p>
    <w:p/>
    <w:p>
      <w:r>
        <w:rPr>
          <w:b w:val="0"/>
          <w:sz w:val="22"/>
        </w:rPr>
        <w:t>Fica o OUTORGADO autorizado a substabelecer, no todo ou em parte, com ou sem reserva de poderes.</w:t>
      </w:r>
    </w:p>
    <w:p/>
    <w:p>
      <w:r>
        <w:rPr>
          <w:b w:val="0"/>
          <w:sz w:val="22"/>
        </w:rPr>
        <w:t>Esta procuração é válida até ________________, podendo ser revogada a qualquer tempo pelo OUTORGANTE mediante comunicação formal.</w:t>
      </w:r>
    </w:p>
    <w:p/>
    <w:p>
      <w:r>
        <w:rPr>
          <w:b w:val="0"/>
          <w:sz w:val="22"/>
        </w:rPr>
        <w:t>E, por assim estar justo e contratado, firmam o presente instrumento em duas vias de igual teor e forma, para que produza seus efeitos legais.</w:t>
      </w:r>
    </w:p>
    <w:p/>
    <w:p>
      <w:r>
        <w:rPr>
          <w:b w:val="0"/>
          <w:sz w:val="22"/>
        </w:rPr>
        <w:t>___________________________________________________________</w:t>
      </w:r>
    </w:p>
    <w:p>
      <w:r>
        <w:rPr>
          <w:b w:val="0"/>
          <w:sz w:val="22"/>
        </w:rPr>
        <w:t>Local e data</w:t>
      </w:r>
    </w:p>
    <w:p/>
    <w:p>
      <w:r>
        <w:rPr>
          <w:b w:val="0"/>
          <w:sz w:val="22"/>
        </w:rPr>
        <w:t>___________________________________________________________</w:t>
      </w:r>
    </w:p>
    <w:p>
      <w:r>
        <w:rPr>
          <w:b w:val="0"/>
          <w:sz w:val="22"/>
        </w:rPr>
        <w:t>Assinatura do OUTORGANTE</w:t>
      </w:r>
    </w:p>
    <w:p/>
    <w:p>
      <w:r>
        <w:rPr>
          <w:b w:val="0"/>
          <w:sz w:val="22"/>
        </w:rPr>
        <w:t>___________________________________________________________</w:t>
      </w:r>
    </w:p>
    <w:p>
      <w:r>
        <w:rPr>
          <w:b w:val="0"/>
          <w:sz w:val="22"/>
        </w:rPr>
        <w:t>Assinatura do OUTORGADO</w:t>
      </w:r>
    </w:p>
    <w:p/>
    <w:p>
      <w:r>
        <w:rPr>
          <w:b w:val="0"/>
          <w:sz w:val="22"/>
        </w:rPr>
        <w:t>Testemunhas:</w:t>
      </w:r>
    </w:p>
    <w:p/>
    <w:p>
      <w:r>
        <w:rPr>
          <w:b w:val="0"/>
          <w:sz w:val="22"/>
        </w:rPr>
        <w:t>1) Nome: _________________________________________ CPF: ___________________________ Assinatura: _______________________________</w:t>
      </w:r>
    </w:p>
    <w:p/>
    <w:p>
      <w:r>
        <w:rPr>
          <w:b w:val="0"/>
          <w:sz w:val="22"/>
        </w:rPr>
        <w:t>2) Nome: _________________________________________ CPF: ___________________________ Assinatura: _______________________________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https://modelos-br.com/procuracao-veicular/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https://modelos-br.com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modelos-br.com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odelos-br.com/procuracao-veicular/" TargetMode="External"/><Relationship Id="rId10" Type="http://schemas.openxmlformats.org/officeDocument/2006/relationships/hyperlink" Target="https://modelos-b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