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RECIBO DE PAGAMENTO DE SALÁRIO</w:t>
      </w:r>
    </w:p>
    <w:p/>
    <w:p/>
    <w:p>
      <w:r>
        <w:rPr>
          <w:b w:val="0"/>
          <w:sz w:val="20"/>
        </w:rPr>
        <w:t>EMPREGADOR: ________________________________________________________________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/>
    <w:p>
      <w:r>
        <w:rPr>
          <w:b w:val="0"/>
          <w:sz w:val="20"/>
        </w:rPr>
        <w:t>EMPREGADO: _________________________________________________________________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FUNÇÃO: _________________________________________________________________</w:t>
      </w:r>
    </w:p>
    <w:p>
      <w:r>
        <w:rPr>
          <w:b w:val="0"/>
          <w:sz w:val="20"/>
        </w:rPr>
        <w:t>PERÍODO DE REFERÊNCIA: _________________________________________________</w:t>
      </w:r>
    </w:p>
    <w:p/>
    <w:p>
      <w:r>
        <w:rPr>
          <w:b w:val="0"/>
          <w:sz w:val="20"/>
        </w:rPr>
        <w:t>RECEBEMOS do empregador acima identificado a importância líquida de R$ ________________ (______________________________________________),</w:t>
      </w:r>
    </w:p>
    <w:p>
      <w:r>
        <w:rPr>
          <w:b w:val="0"/>
          <w:sz w:val="20"/>
        </w:rPr>
        <w:t>referente ao pagamento do salário do período acima mencionado, já descontados os valores legais e autorizados.</w:t>
      </w:r>
    </w:p>
    <w:p/>
    <w:p>
      <w:r>
        <w:rPr>
          <w:b/>
          <w:sz w:val="22"/>
        </w:rPr>
        <w:t>DISCRIMINAÇÃO DOS VALORES:</w:t>
      </w:r>
    </w:p>
    <w:p/>
    <w:p>
      <w:r>
        <w:rPr>
          <w:b w:val="0"/>
          <w:sz w:val="20"/>
        </w:rPr>
        <w:t>Salário base: R$ ____________________________</w:t>
      </w:r>
    </w:p>
    <w:p>
      <w:r>
        <w:rPr>
          <w:b w:val="0"/>
          <w:sz w:val="20"/>
        </w:rPr>
        <w:t>Horas extras: R$ ____________________________</w:t>
      </w:r>
    </w:p>
    <w:p>
      <w:r>
        <w:rPr>
          <w:b w:val="0"/>
          <w:sz w:val="20"/>
        </w:rPr>
        <w:t>Adicional noturno: R$ ________________________</w:t>
      </w:r>
    </w:p>
    <w:p>
      <w:r>
        <w:rPr>
          <w:b w:val="0"/>
          <w:sz w:val="20"/>
        </w:rPr>
        <w:t>Adicional de insalubridade/periculosidade: R$ ____________________</w:t>
      </w:r>
    </w:p>
    <w:p>
      <w:r>
        <w:rPr>
          <w:b w:val="0"/>
          <w:sz w:val="20"/>
        </w:rPr>
        <w:t>Comissões e gratificações: R$ ___________________________</w:t>
      </w:r>
    </w:p>
    <w:p>
      <w:r>
        <w:rPr>
          <w:b w:val="0"/>
          <w:sz w:val="20"/>
        </w:rPr>
        <w:t>Outros adicionais: R$ ________________________________</w:t>
      </w:r>
    </w:p>
    <w:p/>
    <w:p>
      <w:r>
        <w:rPr>
          <w:b/>
          <w:sz w:val="22"/>
        </w:rPr>
        <w:t>Descontos:</w:t>
      </w:r>
    </w:p>
    <w:p/>
    <w:p>
      <w:r>
        <w:rPr>
          <w:b w:val="0"/>
          <w:sz w:val="20"/>
        </w:rPr>
        <w:t>INSS: R$ ________________________________________</w:t>
      </w:r>
    </w:p>
    <w:p>
      <w:r>
        <w:rPr>
          <w:b w:val="0"/>
          <w:sz w:val="20"/>
        </w:rPr>
        <w:t>IRRF: R$ ________________________________________</w:t>
      </w:r>
    </w:p>
    <w:p>
      <w:r>
        <w:rPr>
          <w:b w:val="0"/>
          <w:sz w:val="20"/>
        </w:rPr>
        <w:t>Vale-transporte: R$ ______________________________</w:t>
      </w:r>
    </w:p>
    <w:p>
      <w:r>
        <w:rPr>
          <w:b w:val="0"/>
          <w:sz w:val="20"/>
        </w:rPr>
        <w:t>Vale-refeição/alimentação: R$ ____________________</w:t>
      </w:r>
    </w:p>
    <w:p>
      <w:r>
        <w:rPr>
          <w:b w:val="0"/>
          <w:sz w:val="20"/>
        </w:rPr>
        <w:t>Adiantamento salarial: R$ _________________________</w:t>
      </w:r>
    </w:p>
    <w:p>
      <w:r>
        <w:rPr>
          <w:b w:val="0"/>
          <w:sz w:val="20"/>
        </w:rPr>
        <w:t>Faltas e atrasos: R$ ______________________________</w:t>
      </w:r>
    </w:p>
    <w:p>
      <w:r>
        <w:rPr>
          <w:b w:val="0"/>
          <w:sz w:val="20"/>
        </w:rPr>
        <w:t>Outros descontos: R$ ______________________________</w:t>
      </w:r>
    </w:p>
    <w:p/>
    <w:p>
      <w:r>
        <w:rPr>
          <w:b w:val="0"/>
          <w:sz w:val="20"/>
        </w:rPr>
        <w:t>TOTAL DE VENCIMENTOS: R$ __________________________</w:t>
      </w:r>
    </w:p>
    <w:p>
      <w:r>
        <w:rPr>
          <w:b w:val="0"/>
          <w:sz w:val="20"/>
        </w:rPr>
        <w:t>TOTAL DE DESCONTOS: R$ ___________________________</w:t>
      </w:r>
    </w:p>
    <w:p>
      <w:r>
        <w:rPr>
          <w:b w:val="0"/>
          <w:sz w:val="20"/>
        </w:rPr>
        <w:t>LÍQUIDO PAGO: R$ _________________________________</w:t>
      </w:r>
    </w:p>
    <w:p/>
    <w:p>
      <w:r>
        <w:rPr>
          <w:b w:val="0"/>
          <w:sz w:val="20"/>
        </w:rPr>
        <w:t>FORMA DE PAGAMENTO: ________________________________________________________</w:t>
      </w:r>
    </w:p>
    <w:p/>
    <w:p>
      <w:r>
        <w:rPr>
          <w:b w:val="0"/>
          <w:sz w:val="20"/>
        </w:rPr>
        <w:t>Data do pagamento: ________________________</w:t>
      </w:r>
    </w:p>
    <w:p/>
    <w:p>
      <w:r>
        <w:rPr>
          <w:b w:val="0"/>
          <w:sz w:val="20"/>
        </w:rPr>
        <w:t>Declaramos, para os devidos fins, que o valor acima foi pago integralmente,</w:t>
      </w:r>
    </w:p>
    <w:p>
      <w:r>
        <w:rPr>
          <w:b w:val="0"/>
          <w:sz w:val="20"/>
        </w:rPr>
        <w:t>não havendo nenhum valor pendente referente ao período contratado.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Assinatura do Empregado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Assinatura do Empregador ou representante legal</w:t>
      </w:r>
    </w:p>
    <w:p/>
    <w:p/>
    <w:p>
      <w:r>
        <w:rPr>
          <w:b w:val="0"/>
          <w:sz w:val="20"/>
        </w:rPr>
        <w:t>Obs.: Este recibo deve ser preenchido em duas vias, sendo uma entregue ao empregado.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https://modelos-br.com/recibo-de-pagamento-de-salario/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cibo-de-pagamento-de-salari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