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RECONVENÇÃO TRABALHISTA</w:t>
      </w:r>
    </w:p>
    <w:p/>
    <w:p>
      <w:r>
        <w:rPr>
          <w:b w:val="0"/>
          <w:sz w:val="20"/>
        </w:rPr>
        <w:t>EXCELENTÍSSIMO(A) SENHOR(A) DOUTOR(A) JUIZ(A) DA ___ VARA DO TRABALHO DE ________________________</w:t>
      </w:r>
    </w:p>
    <w:p/>
    <w:p>
      <w:r>
        <w:rPr>
          <w:b w:val="0"/>
          <w:sz w:val="20"/>
        </w:rPr>
        <w:t>PROCESSO Nº: ________________________________</w:t>
      </w:r>
    </w:p>
    <w:p/>
    <w:p>
      <w:r>
        <w:rPr>
          <w:b w:val="0"/>
          <w:sz w:val="20"/>
        </w:rPr>
        <w:t>RECLAMANTE: ____________________________________________________________</w:t>
      </w:r>
    </w:p>
    <w:p>
      <w:r>
        <w:rPr>
          <w:b w:val="0"/>
          <w:sz w:val="20"/>
        </w:rPr>
        <w:t>RECLAMADO: _____________________________________________________________</w:t>
      </w:r>
    </w:p>
    <w:p>
      <w:r>
        <w:rPr>
          <w:b w:val="0"/>
          <w:sz w:val="20"/>
        </w:rPr>
        <w:t>RECONVINTE: ____________________________________________________________</w:t>
      </w:r>
    </w:p>
    <w:p>
      <w:r>
        <w:rPr>
          <w:b w:val="0"/>
          <w:sz w:val="20"/>
        </w:rPr>
        <w:t>RECONVINDO: ____________________________________________________________</w:t>
      </w:r>
    </w:p>
    <w:p/>
    <w:p>
      <w:r>
        <w:rPr>
          <w:b/>
          <w:sz w:val="22"/>
        </w:rPr>
        <w:t>I – DOS FATOS</w:t>
      </w:r>
    </w:p>
    <w:p/>
    <w:p>
      <w:r>
        <w:rPr>
          <w:b/>
          <w:sz w:val="20"/>
        </w:rPr>
        <w:t>O Reconvindo ajuizou a presente reclamação trabalhista em face do Reconvinte, alegando, entre outros pontos, as seguintes questões: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/>
    <w:p>
      <w:r>
        <w:rPr>
          <w:b/>
          <w:sz w:val="20"/>
        </w:rPr>
        <w:t>O Reconvinte, no exercício do direito de reconvenção previsto no artigo 343 do Código de Processo Civil, combinado com a Consolidação das Leis do Trabalho (CLT), apresenta a presente reconvenção para discutir os seguintes fatos e direitos: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/>
    <w:p>
      <w:r>
        <w:rPr>
          <w:b/>
          <w:sz w:val="22"/>
        </w:rPr>
        <w:t>II – DO CONTRATO DE TRABALHO E RELAÇÃO JURÍDICA</w:t>
      </w:r>
    </w:p>
    <w:p/>
    <w:p>
      <w:r>
        <w:rPr>
          <w:b w:val="0"/>
          <w:sz w:val="20"/>
        </w:rPr>
        <w:t>O Reconvinte foi contratado pelo Reconvindo em ___/___/______, exercendo a função de ____________________, com remuneração mensal de R$ ____________, conforme CTPS e documentos anexos.</w:t>
      </w:r>
    </w:p>
    <w:p>
      <w:r>
        <w:rPr>
          <w:b/>
          <w:sz w:val="20"/>
        </w:rPr>
        <w:t>Durante a vigência do contrato, houve as seguintes condições e fatos relevantes:</w:t>
      </w:r>
    </w:p>
    <w:p>
      <w:r>
        <w:rPr>
          <w:b w:val="0"/>
          <w:sz w:val="20"/>
        </w:rPr>
        <w:t>- Jornada de trabalho: ________________________________</w:t>
      </w:r>
    </w:p>
    <w:p>
      <w:r>
        <w:rPr>
          <w:b w:val="0"/>
          <w:sz w:val="20"/>
        </w:rPr>
        <w:t>- Adicionais percebidos: ______________________________</w:t>
      </w:r>
    </w:p>
    <w:p>
      <w:r>
        <w:rPr>
          <w:b w:val="0"/>
          <w:sz w:val="20"/>
        </w:rPr>
        <w:t>- Alterações contratuais: ______________________________</w:t>
      </w:r>
    </w:p>
    <w:p/>
    <w:p>
      <w:r>
        <w:rPr>
          <w:b/>
          <w:sz w:val="22"/>
        </w:rPr>
        <w:t>III – DOS FUNDAMENTOS JURÍDICOS DA RECONVENÇÃO</w:t>
      </w:r>
    </w:p>
    <w:p/>
    <w:p>
      <w:r>
        <w:rPr>
          <w:b w:val="0"/>
          <w:sz w:val="20"/>
        </w:rPr>
        <w:t>1. Da aplicação da CLT e normas correlatas;</w:t>
      </w:r>
    </w:p>
    <w:p>
      <w:r>
        <w:rPr>
          <w:b w:val="0"/>
          <w:sz w:val="20"/>
        </w:rPr>
        <w:t>2. Do direito à indenização por danos materiais e morais decorrentes de __________________;</w:t>
      </w:r>
    </w:p>
    <w:p>
      <w:r>
        <w:rPr>
          <w:b/>
          <w:sz w:val="20"/>
        </w:rPr>
        <w:t>3. Da exigibilidade das verbas trabalhistas não pagas, tais como:</w:t>
      </w:r>
    </w:p>
    <w:p>
      <w:r>
        <w:rPr>
          <w:b w:val="0"/>
          <w:sz w:val="20"/>
        </w:rPr>
        <w:t xml:space="preserve">   - Horas extras e reflexos;</w:t>
      </w:r>
    </w:p>
    <w:p>
      <w:r>
        <w:rPr>
          <w:b w:val="0"/>
          <w:sz w:val="20"/>
        </w:rPr>
        <w:t xml:space="preserve">   - Adicional noturno;</w:t>
      </w:r>
    </w:p>
    <w:p>
      <w:r>
        <w:rPr>
          <w:b w:val="0"/>
          <w:sz w:val="20"/>
        </w:rPr>
        <w:t xml:space="preserve">   - Adicional de insalubridade/periculosidade;</w:t>
      </w:r>
    </w:p>
    <w:p>
      <w:r>
        <w:rPr>
          <w:b w:val="0"/>
          <w:sz w:val="20"/>
        </w:rPr>
        <w:t xml:space="preserve">   - Férias + 1/3;</w:t>
      </w:r>
    </w:p>
    <w:p>
      <w:r>
        <w:rPr>
          <w:b w:val="0"/>
          <w:sz w:val="20"/>
        </w:rPr>
        <w:t xml:space="preserve">   - 13º salário proporcional;</w:t>
      </w:r>
    </w:p>
    <w:p>
      <w:r>
        <w:rPr>
          <w:b w:val="0"/>
          <w:sz w:val="20"/>
        </w:rPr>
        <w:t xml:space="preserve">   - FGTS e multa de 40%;</w:t>
      </w:r>
    </w:p>
    <w:p>
      <w:r>
        <w:rPr>
          <w:b w:val="0"/>
          <w:sz w:val="20"/>
        </w:rPr>
        <w:t xml:space="preserve">   - Multas legais previstas na CLT;</w:t>
      </w:r>
    </w:p>
    <w:p>
      <w:r>
        <w:rPr>
          <w:b w:val="0"/>
          <w:sz w:val="20"/>
        </w:rPr>
        <w:t>4. Da ausência de cumprimento das obrigações contratuais pelo Reconvindo;</w:t>
      </w:r>
    </w:p>
    <w:p>
      <w:r>
        <w:rPr>
          <w:b w:val="0"/>
          <w:sz w:val="20"/>
        </w:rPr>
        <w:t>5. Da prescrição e dos prazos legais aplicáveis.</w:t>
      </w:r>
    </w:p>
    <w:p/>
    <w:p>
      <w:r>
        <w:rPr>
          <w:b/>
          <w:sz w:val="22"/>
        </w:rPr>
        <w:t>IV – DOS PEDIDOS DA RECONVENÇÃO</w:t>
      </w:r>
    </w:p>
    <w:p/>
    <w:p>
      <w:r>
        <w:rPr>
          <w:b/>
          <w:sz w:val="20"/>
        </w:rPr>
        <w:t>Diante do exposto, o Reconvinte requer:</w:t>
      </w:r>
    </w:p>
    <w:p/>
    <w:p>
      <w:r>
        <w:rPr>
          <w:b w:val="0"/>
          <w:sz w:val="20"/>
        </w:rPr>
        <w:t>1. Que seja recebida a presente reconvenção, processando-se em conjunto com a reclamação principal, nos termos do art. 343 do CPC, combinado com a CLT;</w:t>
      </w:r>
    </w:p>
    <w:p/>
    <w:p>
      <w:r>
        <w:rPr>
          <w:b/>
          <w:sz w:val="20"/>
        </w:rPr>
        <w:t>2. A condenação do Reconvindo ao pagamento das seguintes verbas e indenizações, com reflexos e correções legais:</w:t>
      </w:r>
    </w:p>
    <w:p>
      <w:r>
        <w:rPr>
          <w:b w:val="0"/>
          <w:sz w:val="20"/>
        </w:rPr>
        <w:t>- Horas extras e seus reflexos;</w:t>
      </w:r>
    </w:p>
    <w:p>
      <w:r>
        <w:rPr>
          <w:b w:val="0"/>
          <w:sz w:val="20"/>
        </w:rPr>
        <w:t>- Adicional noturno;</w:t>
      </w:r>
    </w:p>
    <w:p>
      <w:r>
        <w:rPr>
          <w:b w:val="0"/>
          <w:sz w:val="20"/>
        </w:rPr>
        <w:t>- Adicional de insalubridade/periculosidade;</w:t>
      </w:r>
    </w:p>
    <w:p>
      <w:r>
        <w:rPr>
          <w:b w:val="0"/>
          <w:sz w:val="20"/>
        </w:rPr>
        <w:t>- Férias vencidas e proporcionais + 1/3;</w:t>
      </w:r>
    </w:p>
    <w:p>
      <w:r>
        <w:rPr>
          <w:b w:val="0"/>
          <w:sz w:val="20"/>
        </w:rPr>
        <w:t>- 13º salário proporcional;</w:t>
      </w:r>
    </w:p>
    <w:p>
      <w:r>
        <w:rPr>
          <w:b w:val="0"/>
          <w:sz w:val="20"/>
        </w:rPr>
        <w:t>- Saldo de salário;</w:t>
      </w:r>
    </w:p>
    <w:p>
      <w:r>
        <w:rPr>
          <w:b w:val="0"/>
          <w:sz w:val="20"/>
        </w:rPr>
        <w:t>- FGTS + multa de 40%;</w:t>
      </w:r>
    </w:p>
    <w:p>
      <w:r>
        <w:rPr>
          <w:b w:val="0"/>
          <w:sz w:val="20"/>
        </w:rPr>
        <w:t>- Multas previstas nos artigos 467 e 477 da CLT;</w:t>
      </w:r>
    </w:p>
    <w:p>
      <w:r>
        <w:rPr>
          <w:b w:val="0"/>
          <w:sz w:val="20"/>
        </w:rPr>
        <w:t>- Indenização por danos morais decorrentes de ______________________________;</w:t>
      </w:r>
    </w:p>
    <w:p>
      <w:r>
        <w:rPr>
          <w:b w:val="0"/>
          <w:sz w:val="20"/>
        </w:rPr>
        <w:t>- Outros valores que se apurarem no decorrer da instrução;</w:t>
      </w:r>
    </w:p>
    <w:p/>
    <w:p>
      <w:r>
        <w:rPr>
          <w:b w:val="0"/>
          <w:sz w:val="20"/>
        </w:rPr>
        <w:t>3. A condenação do Reconvindo ao pagamento de honorários advocatícios na forma da lei;</w:t>
      </w:r>
    </w:p>
    <w:p>
      <w:r>
        <w:rPr>
          <w:b w:val="0"/>
          <w:sz w:val="20"/>
        </w:rPr>
        <w:t>4. A concessão dos benefícios da justiça gratuita, caso preenchidos os requisitos legais;</w:t>
      </w:r>
    </w:p>
    <w:p>
      <w:r>
        <w:rPr>
          <w:b w:val="0"/>
          <w:sz w:val="20"/>
        </w:rPr>
        <w:t>5. A produção de todas as provas admitidas em direito, especialmente documental, testemunhal e pericial;</w:t>
      </w:r>
    </w:p>
    <w:p>
      <w:r>
        <w:rPr>
          <w:b w:val="0"/>
          <w:sz w:val="20"/>
        </w:rPr>
        <w:t>6. A intimação do Reconvindo para, querendo, apresentar contestação à reconvenção;</w:t>
      </w:r>
    </w:p>
    <w:p/>
    <w:p>
      <w:r>
        <w:rPr>
          <w:b/>
          <w:sz w:val="22"/>
        </w:rPr>
        <w:t>V – DO VALOR DA CAUSA</w:t>
      </w:r>
    </w:p>
    <w:p/>
    <w:p>
      <w:r>
        <w:rPr>
          <w:b w:val="0"/>
          <w:sz w:val="20"/>
        </w:rPr>
        <w:t>Dá-se à presente reconvenção o valor de R$ ________________________________ para efeitos fiscais e processuais.</w:t>
      </w:r>
    </w:p>
    <w:p/>
    <w:p>
      <w:r>
        <w:rPr>
          <w:b w:val="0"/>
          <w:sz w:val="20"/>
        </w:rPr>
        <w:t>Nestes termos,</w:t>
      </w:r>
    </w:p>
    <w:p>
      <w:r>
        <w:rPr>
          <w:b w:val="0"/>
          <w:sz w:val="20"/>
        </w:rPr>
        <w:t>Pede deferimento.</w:t>
      </w:r>
    </w:p>
    <w:p/>
    <w:p>
      <w:r>
        <w:rPr>
          <w:b w:val="0"/>
          <w:sz w:val="20"/>
        </w:rPr>
        <w:t>_________________________, _____ de ____________________ de _________</w:t>
      </w:r>
    </w:p>
    <w:p>
      <w:r>
        <w:rPr>
          <w:b w:val="0"/>
          <w:sz w:val="20"/>
        </w:rPr>
        <w:t>Local                                      Data</w:t>
      </w:r>
    </w:p>
    <w:p/>
    <w:p>
      <w:r>
        <w:rPr>
          <w:b w:val="0"/>
          <w:sz w:val="20"/>
        </w:rPr>
        <w:t>____________________________________________</w:t>
      </w:r>
    </w:p>
    <w:p>
      <w:r>
        <w:rPr>
          <w:b w:val="0"/>
          <w:sz w:val="20"/>
        </w:rPr>
        <w:t>Advogado(a)</w:t>
      </w:r>
    </w:p>
    <w:p>
      <w:r>
        <w:rPr>
          <w:b w:val="0"/>
          <w:sz w:val="20"/>
        </w:rPr>
        <w:t>OAB/__ Nº 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https://modelos-br.com/reconvencao-trabalhista/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https://modelos-br.com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modelos-br.com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s-br.com/reconvencao-trabalhista/" TargetMode="External"/><Relationship Id="rId10" Type="http://schemas.openxmlformats.org/officeDocument/2006/relationships/hyperlink" Target="https://modelos-b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