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RECURSO PARA OAB</w:t>
      </w:r>
    </w:p>
    <w:p/>
    <w:p>
      <w:pPr>
        <w:jc w:val="center"/>
      </w:pPr>
      <w:r>
        <w:rPr>
          <w:b w:val="0"/>
          <w:sz w:val="20"/>
        </w:rPr>
        <w:t>AO ILUSTRÍSSIMO(A) SENHOR(A) PRESIDENTE DA ORDEM DOS ADVOGADOS DO BRASIL – SECCIONAL __________</w:t>
      </w:r>
    </w:p>
    <w:p/>
    <w:p/>
    <w:p>
      <w:r>
        <w:rPr>
          <w:b/>
          <w:sz w:val="22"/>
        </w:rPr>
        <w:t>RECORRENTE:</w:t>
      </w:r>
    </w:p>
    <w:p>
      <w:pPr>
        <w:ind w:firstLine="425"/>
      </w:pPr>
      <w:r>
        <w:rPr>
          <w:b w:val="0"/>
          <w:sz w:val="20"/>
        </w:rPr>
        <w:t>Nome completo: ______________________________________________________________</w:t>
      </w:r>
    </w:p>
    <w:p>
      <w:pPr>
        <w:ind w:firstLine="425"/>
      </w:pPr>
      <w:r>
        <w:rPr>
          <w:b w:val="0"/>
          <w:sz w:val="20"/>
        </w:rPr>
        <w:t>OAB nº: _______________ UF: _________</w:t>
      </w:r>
    </w:p>
    <w:p>
      <w:pPr>
        <w:ind w:firstLine="425"/>
      </w:pPr>
      <w:r>
        <w:rPr>
          <w:b w:val="0"/>
          <w:sz w:val="20"/>
        </w:rPr>
        <w:t>Endereço profissional: ______________________________________________________</w:t>
      </w:r>
    </w:p>
    <w:p>
      <w:pPr>
        <w:ind w:firstLine="425"/>
      </w:pPr>
      <w:r>
        <w:rPr>
          <w:b w:val="0"/>
          <w:sz w:val="20"/>
        </w:rPr>
        <w:t>Telefone: __________________________  E-mail: ______________________________</w:t>
      </w:r>
    </w:p>
    <w:p/>
    <w:p>
      <w:r>
        <w:rPr>
          <w:b/>
          <w:sz w:val="22"/>
        </w:rPr>
        <w:t>RECORRIDO:</w:t>
      </w:r>
    </w:p>
    <w:p>
      <w:pPr>
        <w:ind w:firstLine="425"/>
      </w:pPr>
      <w:r>
        <w:rPr>
          <w:b w:val="0"/>
          <w:sz w:val="20"/>
        </w:rPr>
        <w:t>Nome completo ou Razão Social: _______________________________________________</w:t>
      </w:r>
    </w:p>
    <w:p>
      <w:pPr>
        <w:ind w:firstLine="425"/>
      </w:pPr>
      <w:r>
        <w:rPr>
          <w:b w:val="0"/>
          <w:sz w:val="20"/>
        </w:rPr>
        <w:t>OAB nº (se aplicável): _______________ UF: _________</w:t>
      </w:r>
    </w:p>
    <w:p>
      <w:pPr>
        <w:ind w:firstLine="425"/>
      </w:pPr>
      <w:r>
        <w:rPr>
          <w:b w:val="0"/>
          <w:sz w:val="20"/>
        </w:rPr>
        <w:t>Endereço: _________________________________________________________________</w:t>
      </w:r>
    </w:p>
    <w:p>
      <w:pPr>
        <w:ind w:firstLine="425"/>
      </w:pPr>
      <w:r>
        <w:rPr>
          <w:b w:val="0"/>
          <w:sz w:val="20"/>
        </w:rPr>
        <w:t>Telefone: __________________________  E-mail: ______________________________</w:t>
      </w:r>
    </w:p>
    <w:p/>
    <w:p>
      <w:r>
        <w:rPr>
          <w:b/>
          <w:sz w:val="22"/>
        </w:rPr>
        <w:t>PROCESSO / PROCEDIMENTO Nº:</w:t>
      </w:r>
    </w:p>
    <w:p>
      <w:pPr>
        <w:ind w:firstLine="425"/>
      </w:pPr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2"/>
        </w:rPr>
        <w:t>BREVE RELATO DO CASO:</w:t>
      </w:r>
    </w:p>
    <w:p>
      <w:pPr>
        <w:ind w:firstLine="425"/>
      </w:pPr>
      <w:r>
        <w:rPr>
          <w:b w:val="0"/>
          <w:sz w:val="20"/>
        </w:rPr>
        <w:t>______________________________________________________________________________</w:t>
      </w:r>
    </w:p>
    <w:p>
      <w:pPr>
        <w:ind w:firstLine="425"/>
      </w:pPr>
      <w:r>
        <w:rPr>
          <w:b w:val="0"/>
          <w:sz w:val="20"/>
        </w:rPr>
        <w:t>______________________________________________________________________________</w:t>
      </w:r>
    </w:p>
    <w:p>
      <w:pPr>
        <w:ind w:firstLine="425"/>
      </w:pPr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2"/>
        </w:rPr>
        <w:t>FUNDAMENTAÇÃO DO RECURSO:</w:t>
      </w:r>
    </w:p>
    <w:p>
      <w:pPr>
        <w:ind w:firstLine="425"/>
      </w:pPr>
      <w:r>
        <w:rPr>
          <w:b/>
          <w:sz w:val="20"/>
        </w:rPr>
        <w:t>I – DA TEMPESTIVIDADE</w:t>
      </w:r>
    </w:p>
    <w:p>
      <w:pPr>
        <w:ind w:firstLine="425"/>
      </w:pPr>
      <w:r>
        <w:rPr>
          <w:b w:val="0"/>
          <w:sz w:val="20"/>
        </w:rPr>
        <w:t>O presente recurso é tempestivo, pois foi interposto dentro do prazo legal previsto no Estatuto da Advocacia e da OAB.</w:t>
      </w:r>
    </w:p>
    <w:p/>
    <w:p>
      <w:pPr>
        <w:ind w:firstLine="425"/>
      </w:pPr>
      <w:r>
        <w:rPr>
          <w:b/>
          <w:sz w:val="20"/>
        </w:rPr>
        <w:t>II – DA SÍNTESE DOS FATOS</w:t>
      </w:r>
    </w:p>
    <w:p>
      <w:pPr>
        <w:ind w:firstLine="425"/>
      </w:pPr>
      <w:r>
        <w:rPr>
          <w:b w:val="0"/>
          <w:sz w:val="20"/>
        </w:rPr>
        <w:t>Expor os fatos relevantes que motivaram o recurso, com clareza e objetividade, destacando os pontos controversos e as decisões que se pretende reformar.</w:t>
      </w:r>
    </w:p>
    <w:p/>
    <w:p>
      <w:pPr>
        <w:ind w:firstLine="425"/>
      </w:pPr>
      <w:r>
        <w:rPr>
          <w:b/>
          <w:sz w:val="20"/>
        </w:rPr>
        <w:t>III – DAS RAZÕES DO RECURSO</w:t>
      </w:r>
    </w:p>
    <w:p>
      <w:pPr>
        <w:ind w:firstLine="425"/>
      </w:pPr>
      <w:r>
        <w:rPr>
          <w:b w:val="0"/>
          <w:sz w:val="20"/>
        </w:rPr>
        <w:t>Apresentar os fundamentos jurídicos que demonstram a necessidade de reforma da decisão recorrida, indicando dispositivos legais, normas do Código de Ética e Disciplina da OAB, súmulas e jurisprudência aplicável.</w:t>
      </w:r>
    </w:p>
    <w:p>
      <w:pPr>
        <w:ind w:firstLine="425"/>
      </w:pPr>
      <w:r>
        <w:rPr>
          <w:b w:val="0"/>
          <w:sz w:val="20"/>
        </w:rPr>
        <w:t>______________________________________________________________________________</w:t>
      </w:r>
    </w:p>
    <w:p>
      <w:pPr>
        <w:ind w:firstLine="425"/>
      </w:pPr>
      <w:r>
        <w:rPr>
          <w:b w:val="0"/>
          <w:sz w:val="20"/>
        </w:rPr>
        <w:t>______________________________________________________________________________</w:t>
      </w:r>
    </w:p>
    <w:p>
      <w:pPr>
        <w:ind w:firstLine="425"/>
      </w:pPr>
      <w:r>
        <w:rPr>
          <w:b w:val="0"/>
          <w:sz w:val="20"/>
        </w:rPr>
        <w:t>______________________________________________________________________________</w:t>
      </w:r>
    </w:p>
    <w:p/>
    <w:p>
      <w:pPr>
        <w:ind w:firstLine="425"/>
      </w:pPr>
      <w:r>
        <w:rPr>
          <w:b/>
          <w:sz w:val="20"/>
        </w:rPr>
        <w:t>IV – DOS PEDIDOS</w:t>
      </w:r>
    </w:p>
    <w:p>
      <w:pPr>
        <w:ind w:firstLine="425"/>
      </w:pPr>
      <w:r>
        <w:rPr>
          <w:b w:val="0"/>
          <w:sz w:val="20"/>
        </w:rPr>
        <w:t>Diante do exposto, requer:</w:t>
      </w:r>
    </w:p>
    <w:p>
      <w:pPr>
        <w:ind w:firstLine="425"/>
      </w:pPr>
      <w:r>
        <w:rPr>
          <w:b w:val="0"/>
          <w:sz w:val="20"/>
        </w:rPr>
        <w:t>a) O recebimento e conhecimento do presente recurso;</w:t>
      </w:r>
    </w:p>
    <w:p>
      <w:pPr>
        <w:ind w:firstLine="425"/>
      </w:pPr>
      <w:r>
        <w:rPr>
          <w:b w:val="0"/>
          <w:sz w:val="20"/>
        </w:rPr>
        <w:t>b) A reforma integral da decisão recorrida;</w:t>
      </w:r>
    </w:p>
    <w:p>
      <w:pPr>
        <w:ind w:firstLine="425"/>
      </w:pPr>
      <w:r>
        <w:rPr>
          <w:b w:val="0"/>
          <w:sz w:val="20"/>
        </w:rPr>
        <w:t>c) A concessão das demais medidas cabíveis e justas;</w:t>
      </w:r>
    </w:p>
    <w:p>
      <w:pPr>
        <w:ind w:firstLine="425"/>
      </w:pPr>
      <w:r>
        <w:rPr>
          <w:b w:val="0"/>
          <w:sz w:val="20"/>
        </w:rPr>
        <w:t>d) A intimação das partes para que, querendo, apresentem contrarrazões;</w:t>
      </w:r>
    </w:p>
    <w:p/>
    <w:p>
      <w:r>
        <w:rPr>
          <w:b w:val="0"/>
          <w:sz w:val="20"/>
        </w:rPr>
        <w:t>Local: _______________________________       Data: ____ / ____ / ______</w:t>
      </w:r>
    </w:p>
    <w:p/>
    <w:p/>
    <w:p>
      <w:pPr>
        <w:jc w:val="center"/>
      </w:pPr>
      <w:r>
        <w:rPr>
          <w:b w:val="0"/>
          <w:sz w:val="20"/>
        </w:rPr>
        <w:t>__________________________________________</w:t>
      </w:r>
    </w:p>
    <w:p>
      <w:pPr>
        <w:jc w:val="center"/>
      </w:pPr>
      <w:r>
        <w:rPr>
          <w:b w:val="0"/>
          <w:sz w:val="20"/>
        </w:rPr>
        <w:t>Nome do Advogado(a)</w:t>
      </w:r>
    </w:p>
    <w:p>
      <w:pPr>
        <w:jc w:val="center"/>
      </w:pPr>
      <w:r>
        <w:rPr>
          <w:b w:val="0"/>
          <w:sz w:val="20"/>
        </w:rPr>
        <w:t>OAB/UF nº 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https://modelos-br.com/recurso-oab/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recurso-oab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