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TERMO DE GARANTIA</w:t>
      </w:r>
    </w:p>
    <w:p/>
    <w:p/>
    <w:p>
      <w:r>
        <w:rPr>
          <w:b/>
          <w:i w:val="0"/>
          <w:sz w:val="20"/>
        </w:rPr>
        <w:t>Pelo presente instrumento particular de garantia, de um lado:</w:t>
      </w:r>
    </w:p>
    <w:p/>
    <w:p>
      <w:r>
        <w:rPr>
          <w:b w:val="0"/>
          <w:i w:val="0"/>
          <w:sz w:val="20"/>
        </w:rPr>
        <w:t>Nome/Razão Social do Garantidor: ____________________________________________</w:t>
      </w:r>
    </w:p>
    <w:p>
      <w:r>
        <w:rPr>
          <w:b w:val="0"/>
          <w:i w:val="0"/>
          <w:sz w:val="20"/>
        </w:rPr>
        <w:t>CPF/CNPJ: _________________________________________________________________</w:t>
      </w:r>
    </w:p>
    <w:p>
      <w:r>
        <w:rPr>
          <w:b w:val="0"/>
          <w:i w:val="0"/>
          <w:sz w:val="20"/>
        </w:rPr>
        <w:t>Endereço Completo: ________________________________________________________</w:t>
      </w:r>
    </w:p>
    <w:p>
      <w:r>
        <w:rPr>
          <w:b w:val="0"/>
          <w:i w:val="0"/>
          <w:sz w:val="20"/>
        </w:rPr>
        <w:t>Telefone/E-mail: ___________________________________________________________</w:t>
      </w:r>
    </w:p>
    <w:p/>
    <w:p>
      <w:r>
        <w:rPr>
          <w:b/>
          <w:i w:val="0"/>
          <w:sz w:val="20"/>
        </w:rPr>
        <w:t>E de outro lado, consumidor(a):</w:t>
      </w:r>
    </w:p>
    <w:p/>
    <w:p>
      <w:r>
        <w:rPr>
          <w:b w:val="0"/>
          <w:i w:val="0"/>
          <w:sz w:val="20"/>
        </w:rPr>
        <w:t>Nome Completo: ____________________________________________________________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____________________________________________________________________</w:t>
      </w:r>
    </w:p>
    <w:p>
      <w:r>
        <w:rPr>
          <w:b w:val="0"/>
          <w:i w:val="0"/>
          <w:sz w:val="20"/>
        </w:rPr>
        <w:t>Endereço Completo: ________________________________________________________</w:t>
      </w:r>
    </w:p>
    <w:p>
      <w:r>
        <w:rPr>
          <w:b w:val="0"/>
          <w:i w:val="0"/>
          <w:sz w:val="20"/>
        </w:rPr>
        <w:t>Telefone/E-mail: ___________________________________________________________</w:t>
      </w:r>
    </w:p>
    <w:p/>
    <w:p/>
    <w:p>
      <w:r>
        <w:rPr>
          <w:b/>
          <w:sz w:val="22"/>
        </w:rPr>
        <w:t>CLÁUSULA PRIMEIRA – DO OBJETO DA GARANTIA</w:t>
      </w:r>
    </w:p>
    <w:p>
      <w:r>
        <w:rPr>
          <w:b w:val="0"/>
          <w:i w:val="0"/>
          <w:sz w:val="20"/>
        </w:rPr>
        <w:t>O presente Termo tem por objeto garantir o produto/serviço descrito abaixo, fornecido pelo Garantidor ao Consumidor, nos termos e condições estabelecidos neste instrumento.</w:t>
      </w:r>
    </w:p>
    <w:p/>
    <w:p>
      <w:r>
        <w:rPr>
          <w:b w:val="0"/>
          <w:i w:val="0"/>
          <w:sz w:val="20"/>
        </w:rPr>
        <w:t>Descrição do Produto/Serviço: ________________________________________________</w:t>
      </w:r>
    </w:p>
    <w:p>
      <w:r>
        <w:rPr>
          <w:b w:val="0"/>
          <w:i w:val="0"/>
          <w:sz w:val="20"/>
        </w:rPr>
        <w:t>Modelo/Referência: __________________________________________________________</w:t>
      </w:r>
    </w:p>
    <w:p>
      <w:r>
        <w:rPr>
          <w:b w:val="0"/>
          <w:i w:val="0"/>
          <w:sz w:val="20"/>
        </w:rPr>
        <w:t>Número de Série (se aplicável): _______________________________________________</w:t>
      </w:r>
    </w:p>
    <w:p>
      <w:r>
        <w:rPr>
          <w:b w:val="0"/>
          <w:i w:val="0"/>
          <w:sz w:val="20"/>
        </w:rPr>
        <w:t>Data da Compra: _____________________________________________________________</w:t>
      </w:r>
    </w:p>
    <w:p>
      <w:r>
        <w:rPr>
          <w:b w:val="0"/>
          <w:i w:val="0"/>
          <w:sz w:val="20"/>
        </w:rPr>
        <w:t>Número da Nota Fiscal: ______________________________________________________</w:t>
      </w:r>
    </w:p>
    <w:p/>
    <w:p/>
    <w:p>
      <w:r>
        <w:rPr>
          <w:b/>
          <w:sz w:val="22"/>
        </w:rPr>
        <w:t>CLÁUSULA SEGUNDA – DO PRAZO DE GARANTIA</w:t>
      </w:r>
    </w:p>
    <w:p>
      <w:r>
        <w:rPr>
          <w:b w:val="0"/>
          <w:i w:val="0"/>
          <w:sz w:val="20"/>
        </w:rPr>
        <w:t>O produto/serviço objeto deste Termo está garantido pelo prazo de __________ (__________) meses, contados a partir da data da compra, conforme estabelecido pelo Código de Defesa do Consumidor e legislação vigente.</w:t>
      </w:r>
    </w:p>
    <w:p/>
    <w:p/>
    <w:p>
      <w:r>
        <w:rPr>
          <w:b/>
          <w:sz w:val="22"/>
        </w:rPr>
        <w:t>CLÁUSULA TERCEIRA – DA COBERTURA DA GARANTIA</w:t>
      </w:r>
    </w:p>
    <w:p>
      <w:r>
        <w:rPr>
          <w:b w:val="0"/>
          <w:i w:val="0"/>
          <w:sz w:val="20"/>
        </w:rPr>
        <w:t>A garantia cobre defeitos de fabricação e funcionamento do produto, incluindo, mas não se limitando a, falhas que comprometam seu uso normal, desde que o produto tenha sido utilizado conforme as instruções do fabricante.</w:t>
      </w:r>
    </w:p>
    <w:p/>
    <w:p>
      <w:r>
        <w:rPr>
          <w:b w:val="0"/>
          <w:i w:val="0"/>
          <w:sz w:val="20"/>
        </w:rPr>
        <w:t>Esta garantia não cobre danos causados por mau uso, acidentes, modificações, intervenções não autorizadas, desgaste natural, negligência, ou uso em desacordo com o manual do produto.</w:t>
      </w:r>
    </w:p>
    <w:p/>
    <w:p/>
    <w:p>
      <w:r>
        <w:rPr>
          <w:b/>
          <w:sz w:val="22"/>
        </w:rPr>
        <w:t>CLÁUSULA QUARTA – DA ASSISTÊNCIA TÉCNICA E REPAROS</w:t>
      </w:r>
    </w:p>
    <w:p>
      <w:r>
        <w:rPr>
          <w:b w:val="0"/>
          <w:i w:val="0"/>
          <w:sz w:val="20"/>
        </w:rPr>
        <w:t>Durante o período de garantia, o consumidor poderá requerer assistência técnica para reparo ou substituição do produto, sem custo adicional, desde que comprovada a existência de defeito coberto por esta garantia.</w:t>
      </w:r>
    </w:p>
    <w:p/>
    <w:p>
      <w:r>
        <w:rPr>
          <w:b w:val="0"/>
          <w:i w:val="0"/>
          <w:sz w:val="20"/>
        </w:rPr>
        <w:t>A assistência técnica será prestada pelo Garantidor ou por empresa autorizada, no endereço do consumidor ou em local indicado, conforme a natureza do produto e a viabilidade técnica.</w:t>
      </w:r>
    </w:p>
    <w:p/>
    <w:p>
      <w:r>
        <w:rPr>
          <w:b w:val="0"/>
          <w:i w:val="0"/>
          <w:sz w:val="20"/>
        </w:rPr>
        <w:t>Caso o reparo não seja possível, o produto será substituído por outro de mesma espécie, em perfeitas condições de uso, ou o valor pago será devolvido, conforme a escolha do consumidor.</w:t>
      </w:r>
    </w:p>
    <w:p/>
    <w:p/>
    <w:p>
      <w:r>
        <w:rPr>
          <w:b/>
          <w:sz w:val="22"/>
        </w:rPr>
        <w:t>CLÁUSULA QUINTA – DOS PROCEDIMENTOS PARA ACIONAMENTO DA GARANTIA</w:t>
      </w:r>
    </w:p>
    <w:p>
      <w:r>
        <w:rPr>
          <w:b w:val="0"/>
          <w:i w:val="0"/>
          <w:sz w:val="20"/>
        </w:rPr>
        <w:t>Para acionar a garantia, o consumidor deverá apresentar este Termo acompanhado da nota fiscal de compra, bem como seguir as orientações para contato e envio do produto para assistência técnica.</w:t>
      </w:r>
    </w:p>
    <w:p/>
    <w:p>
      <w:r>
        <w:rPr>
          <w:b w:val="0"/>
          <w:i w:val="0"/>
          <w:sz w:val="20"/>
        </w:rPr>
        <w:t>Endereço para contato/assistência técnica: ________________________________</w:t>
      </w:r>
    </w:p>
    <w:p>
      <w:r>
        <w:rPr>
          <w:b w:val="0"/>
          <w:i w:val="0"/>
          <w:sz w:val="20"/>
        </w:rPr>
        <w:t>Telefone/E-mail para contato: _____________________________________________</w:t>
      </w:r>
    </w:p>
    <w:p/>
    <w:p/>
    <w:p>
      <w:r>
        <w:rPr>
          <w:b/>
          <w:sz w:val="22"/>
        </w:rPr>
        <w:t>CLÁUSULA SEXTA – DAS LIMITAÇÕES DA GARANTIA</w:t>
      </w:r>
    </w:p>
    <w:p>
      <w:r>
        <w:rPr>
          <w:b w:val="0"/>
          <w:i w:val="0"/>
          <w:sz w:val="20"/>
        </w:rPr>
        <w:t>Esta garantia não cobre despesas com transporte, instalação, remoção ou reinstalação do produto, salvo disposição em contrário.</w:t>
      </w:r>
    </w:p>
    <w:p/>
    <w:p>
      <w:r>
        <w:rPr>
          <w:b w:val="0"/>
          <w:i w:val="0"/>
          <w:sz w:val="20"/>
        </w:rPr>
        <w:t>Não estão cobertos danos decorrentes de uso indevido, acidentes, alterações no produto, desgaste natural ou outras causas externas.</w:t>
      </w:r>
    </w:p>
    <w:p/>
    <w:p/>
    <w:p>
      <w:r>
        <w:rPr>
          <w:b/>
          <w:sz w:val="22"/>
        </w:rPr>
        <w:t>CLÁUSULA SÉTIMA – DAS DISPOSIÇÕES GERAIS</w:t>
      </w:r>
    </w:p>
    <w:p>
      <w:r>
        <w:rPr>
          <w:b w:val="0"/>
          <w:i w:val="0"/>
          <w:sz w:val="20"/>
        </w:rPr>
        <w:t>Este Termo de Garantia complementa os direitos legais do consumidor previstos no Código de Defesa do Consumidor (Lei nº 8.078/1990) e demais legislações aplicáveis, não excluindo ou limitando direitos legais.</w:t>
      </w:r>
    </w:p>
    <w:p/>
    <w:p>
      <w:r>
        <w:rPr>
          <w:b w:val="0"/>
          <w:i w:val="0"/>
          <w:sz w:val="20"/>
        </w:rPr>
        <w:t>Quaisquer controvérsias oriundas deste Termo serão dirimidas no foro da comarca do domicílio do consumidor, com renúncia a qualquer outro, por mais privilegiado que seja.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Garantidor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Consumidor</w:t>
      </w:r>
    </w:p>
    <w:p/>
    <w:p/>
    <w:p/>
    <w:p>
      <w:r>
        <w:rPr>
          <w:b/>
          <w:i w:val="0"/>
          <w:sz w:val="20"/>
        </w:rPr>
        <w:t>Testemunhas:</w:t>
      </w:r>
    </w:p>
    <w:p/>
    <w:p>
      <w:r>
        <w:rPr>
          <w:b w:val="0"/>
          <w:i w:val="0"/>
          <w:sz w:val="20"/>
        </w:rPr>
        <w:t>1) _____________________________________      CPF: __________________________</w:t>
      </w:r>
    </w:p>
    <w:p/>
    <w:p>
      <w:r>
        <w:rPr>
          <w:b w:val="0"/>
          <w:i w:val="0"/>
          <w:sz w:val="20"/>
        </w:rPr>
        <w:t>2) _____________________________________      CPF: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https://modelos-br.com/termo-de-garantia/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termo-de-garanti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